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64910A" w14:textId="7E01F5E8" w:rsidR="00AB0560" w:rsidRPr="00E81372" w:rsidRDefault="00AB0560" w:rsidP="00AB0560">
      <w:pPr>
        <w:pStyle w:val="Ttulo1"/>
        <w:jc w:val="center"/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noProof/>
          <w:sz w:val="32"/>
          <w:szCs w:val="32"/>
          <w:lang w:val="es-ES" w:eastAsia="es-ES"/>
        </w:rPr>
        <w:drawing>
          <wp:inline distT="0" distB="0" distL="0" distR="0" wp14:anchorId="5CD3B524" wp14:editId="72FA0E42">
            <wp:extent cx="1121559" cy="1169650"/>
            <wp:effectExtent l="0" t="0" r="2540" b="0"/>
            <wp:docPr id="1" name="Imagen 1" descr="C:\Users\JuanBurgos\OneDrive - ILUSTRE MUNICIPALIDAD DE COIHUECO\Escritorio\logo coihueco blanc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anBurgos\OneDrive - ILUSTRE MUNICIPALIDAD DE COIHUECO\Escritorio\logo coihueco blanc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496" cy="118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97D42" w14:textId="51F6F399" w:rsidR="00B5505A" w:rsidRPr="00E81372" w:rsidRDefault="000C636B" w:rsidP="00297457">
      <w:pPr>
        <w:pStyle w:val="Ttulo1"/>
        <w:jc w:val="center"/>
        <w:rPr>
          <w:rFonts w:ascii="Verdana" w:hAnsi="Verdana"/>
          <w:color w:val="auto"/>
          <w:sz w:val="32"/>
          <w:szCs w:val="32"/>
        </w:rPr>
      </w:pPr>
      <w:r w:rsidRPr="00E81372">
        <w:rPr>
          <w:rFonts w:ascii="Verdana" w:hAnsi="Verdana"/>
          <w:color w:val="auto"/>
          <w:sz w:val="32"/>
          <w:szCs w:val="32"/>
        </w:rPr>
        <w:t>BASES</w:t>
      </w:r>
      <w:r w:rsidR="00297457" w:rsidRPr="00E81372">
        <w:rPr>
          <w:rFonts w:ascii="Verdana" w:hAnsi="Verdana"/>
          <w:color w:val="auto"/>
          <w:sz w:val="32"/>
          <w:szCs w:val="32"/>
        </w:rPr>
        <w:t xml:space="preserve"> DEL CONCURSO DE PINTURA</w:t>
      </w:r>
    </w:p>
    <w:p w14:paraId="773C9F90" w14:textId="77777777" w:rsidR="001D734C" w:rsidRPr="00E81372" w:rsidRDefault="001D734C" w:rsidP="001D734C">
      <w:pPr>
        <w:spacing w:after="0"/>
        <w:rPr>
          <w:rFonts w:ascii="Verdana" w:hAnsi="Verdana"/>
          <w:sz w:val="32"/>
          <w:szCs w:val="32"/>
        </w:rPr>
      </w:pPr>
    </w:p>
    <w:p w14:paraId="21A0E2B5" w14:textId="02DF1FDA" w:rsidR="001D734C" w:rsidRPr="00E81372" w:rsidRDefault="000C636B" w:rsidP="001D734C">
      <w:p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Nombre del Concurso: </w:t>
      </w:r>
      <w:r w:rsidRPr="00E81372">
        <w:rPr>
          <w:rFonts w:ascii="Verdana" w:hAnsi="Verdana"/>
          <w:b/>
          <w:bCs/>
          <w:sz w:val="32"/>
          <w:szCs w:val="32"/>
          <w:lang w:val="es-CL"/>
        </w:rPr>
        <w:t>“</w:t>
      </w:r>
      <w:r w:rsidR="00061EEE" w:rsidRPr="00E81372">
        <w:rPr>
          <w:rFonts w:ascii="Verdana" w:hAnsi="Verdana"/>
          <w:b/>
          <w:bCs/>
          <w:sz w:val="32"/>
          <w:szCs w:val="32"/>
          <w:lang w:val="es-CL"/>
        </w:rPr>
        <w:t>C</w:t>
      </w:r>
      <w:r w:rsidR="00057151" w:rsidRPr="00E81372">
        <w:rPr>
          <w:rFonts w:ascii="Verdana" w:hAnsi="Verdana"/>
          <w:b/>
          <w:bCs/>
          <w:sz w:val="32"/>
          <w:szCs w:val="32"/>
          <w:lang w:val="es-CL"/>
        </w:rPr>
        <w:t>oncurso</w:t>
      </w:r>
      <w:r w:rsidRPr="00E81372">
        <w:rPr>
          <w:rFonts w:ascii="Verdana" w:hAnsi="Verdana"/>
          <w:b/>
          <w:bCs/>
          <w:sz w:val="32"/>
          <w:szCs w:val="32"/>
          <w:lang w:val="es-CL"/>
        </w:rPr>
        <w:t xml:space="preserve"> </w:t>
      </w:r>
      <w:r w:rsidR="00057151" w:rsidRPr="00E81372">
        <w:rPr>
          <w:rFonts w:ascii="Verdana" w:hAnsi="Verdana"/>
          <w:b/>
          <w:bCs/>
          <w:sz w:val="32"/>
          <w:szCs w:val="32"/>
          <w:lang w:val="es-CL"/>
        </w:rPr>
        <w:t xml:space="preserve">de </w:t>
      </w:r>
      <w:r w:rsidR="00061EEE" w:rsidRPr="00E81372">
        <w:rPr>
          <w:rFonts w:ascii="Verdana" w:hAnsi="Verdana"/>
          <w:b/>
          <w:bCs/>
          <w:sz w:val="32"/>
          <w:szCs w:val="32"/>
          <w:lang w:val="es-CL"/>
        </w:rPr>
        <w:t>P</w:t>
      </w:r>
      <w:r w:rsidR="00057151" w:rsidRPr="00E81372">
        <w:rPr>
          <w:rFonts w:ascii="Verdana" w:hAnsi="Verdana"/>
          <w:b/>
          <w:bCs/>
          <w:sz w:val="32"/>
          <w:szCs w:val="32"/>
          <w:lang w:val="es-CL"/>
        </w:rPr>
        <w:t xml:space="preserve">intura </w:t>
      </w:r>
      <w:r w:rsidR="00297457" w:rsidRPr="00E81372">
        <w:rPr>
          <w:rFonts w:ascii="Verdana" w:hAnsi="Verdana"/>
          <w:b/>
          <w:bCs/>
          <w:sz w:val="32"/>
          <w:szCs w:val="32"/>
          <w:lang w:val="es-CL"/>
        </w:rPr>
        <w:t>Mi Coihueco y Su Historia</w:t>
      </w:r>
      <w:r w:rsidR="00BB7814">
        <w:rPr>
          <w:rFonts w:ascii="Verdana" w:hAnsi="Verdana"/>
          <w:b/>
          <w:bCs/>
          <w:sz w:val="32"/>
          <w:szCs w:val="32"/>
          <w:lang w:val="es-CL"/>
        </w:rPr>
        <w:t xml:space="preserve"> 2026</w:t>
      </w:r>
      <w:r w:rsidR="003C13F9" w:rsidRPr="00E81372">
        <w:rPr>
          <w:rFonts w:ascii="Verdana" w:hAnsi="Verdana"/>
          <w:b/>
          <w:bCs/>
          <w:sz w:val="32"/>
          <w:szCs w:val="32"/>
          <w:lang w:val="es-CL"/>
        </w:rPr>
        <w:t>”</w:t>
      </w:r>
    </w:p>
    <w:p w14:paraId="14CD726D" w14:textId="6C2D519D" w:rsidR="001D734C" w:rsidRPr="00E81372" w:rsidRDefault="000C636B" w:rsidP="001D734C">
      <w:p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Organiza: </w:t>
      </w:r>
    </w:p>
    <w:p w14:paraId="26FD2B11" w14:textId="1E965455" w:rsidR="00343ECF" w:rsidRPr="00E81372" w:rsidRDefault="00297457" w:rsidP="001D734C">
      <w:pPr>
        <w:pStyle w:val="Prrafodelista"/>
        <w:numPr>
          <w:ilvl w:val="0"/>
          <w:numId w:val="10"/>
        </w:numPr>
        <w:spacing w:after="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Dirección de Desarrollo Comunitario</w:t>
      </w:r>
    </w:p>
    <w:p w14:paraId="2C05E1F8" w14:textId="2B80D447" w:rsidR="00B5505A" w:rsidRPr="00E81372" w:rsidRDefault="00297457" w:rsidP="001D734C">
      <w:pPr>
        <w:pStyle w:val="Prrafodelista"/>
        <w:numPr>
          <w:ilvl w:val="0"/>
          <w:numId w:val="10"/>
        </w:numPr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Sección de Cultura y Turismo</w:t>
      </w:r>
    </w:p>
    <w:p w14:paraId="710B77FA" w14:textId="21B108AE" w:rsidR="00C0757D" w:rsidRPr="00E81372" w:rsidRDefault="00C0757D" w:rsidP="001D734C">
      <w:pPr>
        <w:pStyle w:val="Prrafodelista"/>
        <w:numPr>
          <w:ilvl w:val="0"/>
          <w:numId w:val="10"/>
        </w:numPr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>Ilustre Municipalidad de Coihueco</w:t>
      </w:r>
      <w:r w:rsidR="001F7D7A" w:rsidRPr="00E81372">
        <w:rPr>
          <w:rFonts w:ascii="Verdana" w:hAnsi="Verdana"/>
          <w:sz w:val="32"/>
          <w:szCs w:val="32"/>
        </w:rPr>
        <w:t>.</w:t>
      </w:r>
      <w:r w:rsidRPr="00E81372">
        <w:rPr>
          <w:rFonts w:ascii="Verdana" w:hAnsi="Verdana"/>
          <w:sz w:val="32"/>
          <w:szCs w:val="32"/>
        </w:rPr>
        <w:t xml:space="preserve"> </w:t>
      </w:r>
    </w:p>
    <w:p w14:paraId="07CB6BAD" w14:textId="0D402821" w:rsidR="001D734C" w:rsidRPr="00E81372" w:rsidRDefault="00297457" w:rsidP="001D734C">
      <w:p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Fechas de Inicio y termino del Concurso</w:t>
      </w:r>
      <w:r w:rsidR="000C636B" w:rsidRPr="00E81372">
        <w:rPr>
          <w:rFonts w:ascii="Verdana" w:hAnsi="Verdana"/>
          <w:sz w:val="32"/>
          <w:szCs w:val="32"/>
          <w:lang w:val="es-CL"/>
        </w:rPr>
        <w:t xml:space="preserve">: </w:t>
      </w:r>
    </w:p>
    <w:p w14:paraId="78BAB7DD" w14:textId="43F04E00" w:rsidR="00B5505A" w:rsidRPr="00E81372" w:rsidRDefault="00297457" w:rsidP="001D734C">
      <w:pPr>
        <w:pStyle w:val="Prrafodelista"/>
        <w:numPr>
          <w:ilvl w:val="0"/>
          <w:numId w:val="11"/>
        </w:num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Desde el </w:t>
      </w:r>
      <w:r w:rsidR="00E81372">
        <w:rPr>
          <w:rFonts w:ascii="Verdana" w:hAnsi="Verdana"/>
          <w:sz w:val="32"/>
          <w:szCs w:val="32"/>
          <w:lang w:val="es-CL"/>
        </w:rPr>
        <w:t>1°</w:t>
      </w:r>
      <w:r w:rsidRPr="00E81372">
        <w:rPr>
          <w:rFonts w:ascii="Verdana" w:hAnsi="Verdana"/>
          <w:sz w:val="32"/>
          <w:szCs w:val="32"/>
          <w:lang w:val="es-CL"/>
        </w:rPr>
        <w:t xml:space="preserve"> de </w:t>
      </w:r>
      <w:r w:rsidR="00E81372">
        <w:rPr>
          <w:rFonts w:ascii="Verdana" w:hAnsi="Verdana"/>
          <w:sz w:val="32"/>
          <w:szCs w:val="32"/>
          <w:lang w:val="es-CL"/>
        </w:rPr>
        <w:t>juni</w:t>
      </w:r>
      <w:r w:rsidRPr="00E81372">
        <w:rPr>
          <w:rFonts w:ascii="Verdana" w:hAnsi="Verdana"/>
          <w:sz w:val="32"/>
          <w:szCs w:val="32"/>
          <w:lang w:val="es-CL"/>
        </w:rPr>
        <w:t xml:space="preserve">o al </w:t>
      </w:r>
      <w:r w:rsidR="00E81372">
        <w:rPr>
          <w:rFonts w:ascii="Verdana" w:hAnsi="Verdana"/>
          <w:sz w:val="32"/>
          <w:szCs w:val="32"/>
          <w:lang w:val="es-CL"/>
        </w:rPr>
        <w:t>3</w:t>
      </w:r>
      <w:r w:rsidR="00C95E62">
        <w:rPr>
          <w:rFonts w:ascii="Verdana" w:hAnsi="Verdana"/>
          <w:sz w:val="32"/>
          <w:szCs w:val="32"/>
          <w:lang w:val="es-CL"/>
        </w:rPr>
        <w:t>0</w:t>
      </w:r>
      <w:r w:rsidRPr="00E81372">
        <w:rPr>
          <w:rFonts w:ascii="Verdana" w:hAnsi="Verdana"/>
          <w:sz w:val="32"/>
          <w:szCs w:val="32"/>
          <w:lang w:val="es-CL"/>
        </w:rPr>
        <w:t xml:space="preserve"> de julio de 2026</w:t>
      </w:r>
      <w:r w:rsidR="001F7D7A" w:rsidRPr="00E81372">
        <w:rPr>
          <w:rFonts w:ascii="Verdana" w:hAnsi="Verdana"/>
          <w:sz w:val="32"/>
          <w:szCs w:val="32"/>
          <w:lang w:val="es-CL"/>
        </w:rPr>
        <w:t>.</w:t>
      </w:r>
    </w:p>
    <w:p w14:paraId="0BAFA70A" w14:textId="48494C3B" w:rsidR="001D734C" w:rsidRPr="00E81372" w:rsidRDefault="000C636B" w:rsidP="001D734C">
      <w:p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Lugar</w:t>
      </w:r>
      <w:r w:rsidR="00297457" w:rsidRPr="00E81372">
        <w:rPr>
          <w:rFonts w:ascii="Verdana" w:hAnsi="Verdana"/>
          <w:sz w:val="32"/>
          <w:szCs w:val="32"/>
          <w:lang w:val="es-CL"/>
        </w:rPr>
        <w:t xml:space="preserve"> de Entrega de las Pinturas</w:t>
      </w:r>
      <w:r w:rsidRPr="00E81372">
        <w:rPr>
          <w:rFonts w:ascii="Verdana" w:hAnsi="Verdana"/>
          <w:sz w:val="32"/>
          <w:szCs w:val="32"/>
          <w:lang w:val="es-CL"/>
        </w:rPr>
        <w:t xml:space="preserve">: </w:t>
      </w:r>
      <w:r w:rsidR="00097D72" w:rsidRPr="00E81372">
        <w:rPr>
          <w:rFonts w:ascii="Verdana" w:hAnsi="Verdana"/>
          <w:sz w:val="32"/>
          <w:szCs w:val="32"/>
          <w:lang w:val="es-CL"/>
        </w:rPr>
        <w:t xml:space="preserve"> </w:t>
      </w:r>
    </w:p>
    <w:p w14:paraId="2E2C9225" w14:textId="4323B511" w:rsidR="00B5505A" w:rsidRPr="00E81372" w:rsidRDefault="00297457" w:rsidP="001D734C">
      <w:pPr>
        <w:pStyle w:val="Prrafodelista"/>
        <w:numPr>
          <w:ilvl w:val="0"/>
          <w:numId w:val="11"/>
        </w:num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A través de la Oficina de Partes, desde las 08:30 a las 1</w:t>
      </w:r>
      <w:r w:rsidR="00E81372">
        <w:rPr>
          <w:rFonts w:ascii="Verdana" w:hAnsi="Verdana"/>
          <w:sz w:val="32"/>
          <w:szCs w:val="32"/>
          <w:lang w:val="es-CL"/>
        </w:rPr>
        <w:t>2</w:t>
      </w:r>
      <w:r w:rsidRPr="00E81372">
        <w:rPr>
          <w:rFonts w:ascii="Verdana" w:hAnsi="Verdana"/>
          <w:sz w:val="32"/>
          <w:szCs w:val="32"/>
          <w:lang w:val="es-CL"/>
        </w:rPr>
        <w:t>:</w:t>
      </w:r>
      <w:r w:rsidR="00E81372">
        <w:rPr>
          <w:rFonts w:ascii="Verdana" w:hAnsi="Verdana"/>
          <w:sz w:val="32"/>
          <w:szCs w:val="32"/>
          <w:lang w:val="es-CL"/>
        </w:rPr>
        <w:t>00</w:t>
      </w:r>
      <w:r w:rsidRPr="00E81372">
        <w:rPr>
          <w:rFonts w:ascii="Verdana" w:hAnsi="Verdana"/>
          <w:sz w:val="32"/>
          <w:szCs w:val="32"/>
          <w:lang w:val="es-CL"/>
        </w:rPr>
        <w:t xml:space="preserve">, </w:t>
      </w:r>
      <w:r w:rsidR="00EC6CEC" w:rsidRPr="00E81372">
        <w:rPr>
          <w:rFonts w:ascii="Verdana" w:hAnsi="Verdana"/>
          <w:sz w:val="32"/>
          <w:szCs w:val="32"/>
          <w:lang w:val="es-CL"/>
        </w:rPr>
        <w:t xml:space="preserve">hasta el día </w:t>
      </w:r>
      <w:r w:rsidR="00E81372">
        <w:rPr>
          <w:rFonts w:ascii="Verdana" w:hAnsi="Verdana"/>
          <w:sz w:val="32"/>
          <w:szCs w:val="32"/>
          <w:lang w:val="es-CL"/>
        </w:rPr>
        <w:t>31</w:t>
      </w:r>
      <w:r w:rsidR="00EC6CEC" w:rsidRPr="00E81372">
        <w:rPr>
          <w:rFonts w:ascii="Verdana" w:hAnsi="Verdana"/>
          <w:sz w:val="32"/>
          <w:szCs w:val="32"/>
          <w:lang w:val="es-CL"/>
        </w:rPr>
        <w:t xml:space="preserve"> de julio de 2026</w:t>
      </w:r>
      <w:r w:rsidR="001F7D7A" w:rsidRPr="00E81372">
        <w:rPr>
          <w:rFonts w:ascii="Verdana" w:hAnsi="Verdana"/>
          <w:sz w:val="32"/>
          <w:szCs w:val="32"/>
          <w:lang w:val="es-CL"/>
        </w:rPr>
        <w:t>.</w:t>
      </w:r>
    </w:p>
    <w:p w14:paraId="406472C5" w14:textId="572EF3F8" w:rsidR="00EC6CEC" w:rsidRPr="00E81372" w:rsidRDefault="00EC6CEC" w:rsidP="001D734C">
      <w:pPr>
        <w:pStyle w:val="Prrafodelista"/>
        <w:numPr>
          <w:ilvl w:val="0"/>
          <w:numId w:val="11"/>
        </w:numPr>
        <w:spacing w:after="12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En un Sobre Cerrado, donde afuera se señale, </w:t>
      </w:r>
      <w:r w:rsidR="00C95E62">
        <w:rPr>
          <w:rFonts w:ascii="Verdana" w:hAnsi="Verdana"/>
          <w:sz w:val="32"/>
          <w:szCs w:val="32"/>
          <w:lang w:val="es-CL"/>
        </w:rPr>
        <w:t>se deberá pegar la Ficha de Inscripción adjunta, que están al final de estas Bases</w:t>
      </w:r>
      <w:r w:rsidRPr="00E81372">
        <w:rPr>
          <w:rFonts w:ascii="Verdana" w:hAnsi="Verdana"/>
          <w:sz w:val="32"/>
          <w:szCs w:val="32"/>
          <w:lang w:val="es-CL"/>
        </w:rPr>
        <w:t>.</w:t>
      </w:r>
    </w:p>
    <w:p w14:paraId="01B01839" w14:textId="77777777" w:rsidR="005E13C3" w:rsidRPr="00E81372" w:rsidRDefault="005E13C3" w:rsidP="005E13C3">
      <w:pPr>
        <w:pStyle w:val="Prrafodelista"/>
        <w:spacing w:after="120"/>
        <w:rPr>
          <w:rFonts w:ascii="Verdana" w:hAnsi="Verdana"/>
          <w:sz w:val="32"/>
          <w:szCs w:val="32"/>
        </w:rPr>
      </w:pPr>
    </w:p>
    <w:p w14:paraId="613E0042" w14:textId="186DCFE3" w:rsidR="000A4AD0" w:rsidRPr="00E81372" w:rsidRDefault="000C636B" w:rsidP="00337FD2">
      <w:pPr>
        <w:pStyle w:val="Ttulo2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>1. Objetivo</w:t>
      </w:r>
      <w:r w:rsidR="001D734C" w:rsidRPr="00E81372">
        <w:rPr>
          <w:rFonts w:ascii="Verdana" w:hAnsi="Verdana"/>
          <w:color w:val="000000" w:themeColor="text1"/>
          <w:sz w:val="32"/>
          <w:szCs w:val="32"/>
        </w:rPr>
        <w:t>s:</w:t>
      </w:r>
    </w:p>
    <w:p w14:paraId="25F84B66" w14:textId="4BE62DD5" w:rsidR="00EF2740" w:rsidRDefault="000A4AD0" w:rsidP="005E13C3">
      <w:pPr>
        <w:pStyle w:val="Prrafodelista"/>
        <w:numPr>
          <w:ilvl w:val="0"/>
          <w:numId w:val="10"/>
        </w:numPr>
        <w:spacing w:after="0"/>
        <w:jc w:val="both"/>
        <w:divId w:val="1896500073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</w:rPr>
        <w:t xml:space="preserve">Fomentar la creatividad entre niños y </w:t>
      </w:r>
      <w:r w:rsidR="00297457" w:rsidRPr="00E81372">
        <w:rPr>
          <w:rFonts w:ascii="Verdana" w:hAnsi="Verdana"/>
          <w:sz w:val="32"/>
          <w:szCs w:val="32"/>
        </w:rPr>
        <w:t xml:space="preserve">adolescents, </w:t>
      </w:r>
      <w:r w:rsidR="00297457" w:rsidRPr="00E81372">
        <w:rPr>
          <w:rFonts w:ascii="Verdana" w:hAnsi="Verdana"/>
          <w:sz w:val="32"/>
          <w:szCs w:val="32"/>
          <w:lang w:val="es-CL"/>
        </w:rPr>
        <w:t xml:space="preserve">como a la descubrir nuevos talentos </w:t>
      </w:r>
      <w:r w:rsidR="00EC6CEC" w:rsidRPr="00E81372">
        <w:rPr>
          <w:rFonts w:ascii="Verdana" w:hAnsi="Verdana"/>
          <w:sz w:val="32"/>
          <w:szCs w:val="32"/>
          <w:lang w:val="es-CL"/>
        </w:rPr>
        <w:t>de</w:t>
      </w:r>
      <w:r w:rsidRPr="00E81372">
        <w:rPr>
          <w:rFonts w:ascii="Verdana" w:hAnsi="Verdana"/>
          <w:sz w:val="32"/>
          <w:szCs w:val="32"/>
          <w:lang w:val="es-CL"/>
        </w:rPr>
        <w:t xml:space="preserve"> la </w:t>
      </w:r>
      <w:r w:rsidR="005E13C3" w:rsidRPr="00E81372">
        <w:rPr>
          <w:rFonts w:ascii="Verdana" w:hAnsi="Verdana"/>
          <w:sz w:val="32"/>
          <w:szCs w:val="32"/>
          <w:lang w:val="es-CL"/>
        </w:rPr>
        <w:t>C</w:t>
      </w:r>
      <w:r w:rsidRPr="00E81372">
        <w:rPr>
          <w:rFonts w:ascii="Verdana" w:hAnsi="Verdana"/>
          <w:sz w:val="32"/>
          <w:szCs w:val="32"/>
          <w:lang w:val="es-CL"/>
        </w:rPr>
        <w:t>omuna de</w:t>
      </w:r>
      <w:r w:rsidR="005E13C3" w:rsidRPr="00E81372">
        <w:rPr>
          <w:rFonts w:ascii="Verdana" w:hAnsi="Verdana"/>
          <w:sz w:val="32"/>
          <w:szCs w:val="32"/>
          <w:lang w:val="es-CL"/>
        </w:rPr>
        <w:t xml:space="preserve"> </w:t>
      </w:r>
      <w:r w:rsidRPr="00E81372">
        <w:rPr>
          <w:rFonts w:ascii="Verdana" w:hAnsi="Verdana"/>
          <w:sz w:val="32"/>
          <w:szCs w:val="32"/>
          <w:lang w:val="es-CL"/>
        </w:rPr>
        <w:t>Coihueco</w:t>
      </w:r>
      <w:r w:rsidR="001D734C" w:rsidRPr="00E81372">
        <w:rPr>
          <w:rFonts w:ascii="Verdana" w:hAnsi="Verdana"/>
          <w:sz w:val="32"/>
          <w:szCs w:val="32"/>
          <w:lang w:val="es-CL"/>
        </w:rPr>
        <w:t>.</w:t>
      </w:r>
      <w:r w:rsidRPr="00E81372">
        <w:rPr>
          <w:rFonts w:ascii="Verdana" w:hAnsi="Verdana"/>
          <w:sz w:val="32"/>
          <w:szCs w:val="32"/>
          <w:lang w:val="es-CL"/>
        </w:rPr>
        <w:t xml:space="preserve"> </w:t>
      </w:r>
    </w:p>
    <w:p w14:paraId="58792A5B" w14:textId="6E6E14BC" w:rsidR="00E81372" w:rsidRDefault="00E81372" w:rsidP="00E81372">
      <w:pPr>
        <w:spacing w:after="0"/>
        <w:jc w:val="both"/>
        <w:divId w:val="1896500073"/>
        <w:rPr>
          <w:rFonts w:ascii="Verdana" w:hAnsi="Verdana"/>
          <w:sz w:val="32"/>
          <w:szCs w:val="32"/>
          <w:lang w:val="es-CL"/>
        </w:rPr>
      </w:pPr>
    </w:p>
    <w:p w14:paraId="101E5D8C" w14:textId="77F7710A" w:rsidR="00E81372" w:rsidRDefault="00E81372" w:rsidP="00E81372">
      <w:pPr>
        <w:spacing w:after="0"/>
        <w:jc w:val="both"/>
        <w:divId w:val="1896500073"/>
        <w:rPr>
          <w:rFonts w:ascii="Verdana" w:hAnsi="Verdana"/>
          <w:sz w:val="32"/>
          <w:szCs w:val="32"/>
          <w:lang w:val="es-CL"/>
        </w:rPr>
      </w:pPr>
    </w:p>
    <w:p w14:paraId="6AB87AC6" w14:textId="424AFEBB" w:rsidR="00E81372" w:rsidRDefault="00E81372" w:rsidP="00E81372">
      <w:pPr>
        <w:spacing w:after="0"/>
        <w:jc w:val="both"/>
        <w:divId w:val="1896500073"/>
        <w:rPr>
          <w:rFonts w:ascii="Verdana" w:hAnsi="Verdana"/>
          <w:sz w:val="32"/>
          <w:szCs w:val="32"/>
          <w:lang w:val="es-CL"/>
        </w:rPr>
      </w:pPr>
    </w:p>
    <w:p w14:paraId="521B2EFD" w14:textId="77777777" w:rsidR="00E81372" w:rsidRPr="00E81372" w:rsidRDefault="00E81372" w:rsidP="00E81372">
      <w:pPr>
        <w:spacing w:after="0"/>
        <w:jc w:val="both"/>
        <w:divId w:val="1896500073"/>
        <w:rPr>
          <w:rFonts w:ascii="Verdana" w:hAnsi="Verdana"/>
          <w:sz w:val="32"/>
          <w:szCs w:val="32"/>
          <w:lang w:val="es-CL"/>
        </w:rPr>
      </w:pPr>
    </w:p>
    <w:p w14:paraId="79F4DEAA" w14:textId="4122FEAA" w:rsidR="000A4AD0" w:rsidRPr="00E81372" w:rsidRDefault="000A4AD0" w:rsidP="00297457">
      <w:pPr>
        <w:pStyle w:val="Prrafodelista"/>
        <w:spacing w:after="0"/>
        <w:jc w:val="both"/>
        <w:divId w:val="1896500073"/>
        <w:rPr>
          <w:rFonts w:ascii="Verdana" w:hAnsi="Verdana"/>
          <w:sz w:val="32"/>
          <w:szCs w:val="32"/>
          <w:lang w:val="es-CL"/>
        </w:rPr>
      </w:pPr>
    </w:p>
    <w:p w14:paraId="2945FACC" w14:textId="77777777" w:rsidR="005E13C3" w:rsidRPr="00E81372" w:rsidRDefault="005E13C3" w:rsidP="005E13C3">
      <w:pPr>
        <w:pStyle w:val="Prrafodelista"/>
        <w:spacing w:after="0"/>
        <w:jc w:val="both"/>
        <w:divId w:val="1896500073"/>
        <w:rPr>
          <w:rFonts w:ascii="Verdana" w:hAnsi="Verdana"/>
          <w:sz w:val="32"/>
          <w:szCs w:val="32"/>
        </w:rPr>
      </w:pPr>
    </w:p>
    <w:p w14:paraId="34650821" w14:textId="6597D6AA" w:rsidR="00284F92" w:rsidRPr="00E81372" w:rsidRDefault="000C636B" w:rsidP="00E56DA5">
      <w:pPr>
        <w:pStyle w:val="Ttulo2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 xml:space="preserve">2. </w:t>
      </w:r>
      <w:r w:rsidR="003265D7" w:rsidRPr="00E81372">
        <w:rPr>
          <w:rFonts w:ascii="Verdana" w:hAnsi="Verdana"/>
          <w:color w:val="000000" w:themeColor="text1"/>
          <w:sz w:val="32"/>
          <w:szCs w:val="32"/>
        </w:rPr>
        <w:t>Participantes</w:t>
      </w:r>
      <w:r w:rsidRPr="00E81372">
        <w:rPr>
          <w:rFonts w:ascii="Verdana" w:hAnsi="Verdana"/>
          <w:color w:val="000000" w:themeColor="text1"/>
          <w:sz w:val="32"/>
          <w:szCs w:val="32"/>
        </w:rPr>
        <w:t>:</w:t>
      </w:r>
      <w:r w:rsidR="003265D7" w:rsidRPr="00E81372">
        <w:rPr>
          <w:rFonts w:ascii="Verdana" w:hAnsi="Verdana"/>
          <w:color w:val="000000" w:themeColor="text1"/>
          <w:sz w:val="32"/>
          <w:szCs w:val="32"/>
        </w:rPr>
        <w:t xml:space="preserve"> </w:t>
      </w:r>
    </w:p>
    <w:p w14:paraId="4A0F8B57" w14:textId="786E41E9" w:rsidR="00284F92" w:rsidRPr="00E81372" w:rsidRDefault="00284F92" w:rsidP="00E56DA5">
      <w:pPr>
        <w:pStyle w:val="Ttulo2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>N</w:t>
      </w:r>
      <w:r w:rsidR="003265D7" w:rsidRPr="00E81372">
        <w:rPr>
          <w:rFonts w:ascii="Verdana" w:hAnsi="Verdana"/>
          <w:color w:val="000000" w:themeColor="text1"/>
          <w:sz w:val="32"/>
          <w:szCs w:val="32"/>
        </w:rPr>
        <w:t>iños</w:t>
      </w:r>
      <w:r w:rsidRPr="00E81372">
        <w:rPr>
          <w:rFonts w:ascii="Verdana" w:hAnsi="Verdana"/>
          <w:color w:val="000000" w:themeColor="text1"/>
          <w:sz w:val="32"/>
          <w:szCs w:val="32"/>
        </w:rPr>
        <w:t xml:space="preserve"> </w:t>
      </w:r>
      <w:r w:rsidR="003265D7" w:rsidRPr="00E81372">
        <w:rPr>
          <w:rFonts w:ascii="Verdana" w:hAnsi="Verdana"/>
          <w:color w:val="000000" w:themeColor="text1"/>
          <w:sz w:val="32"/>
          <w:szCs w:val="32"/>
        </w:rPr>
        <w:t xml:space="preserve">y </w:t>
      </w:r>
      <w:r w:rsidR="00EF2740" w:rsidRPr="00E81372">
        <w:rPr>
          <w:rFonts w:ascii="Verdana" w:hAnsi="Verdana"/>
          <w:color w:val="000000" w:themeColor="text1"/>
          <w:sz w:val="32"/>
          <w:szCs w:val="32"/>
        </w:rPr>
        <w:t>A</w:t>
      </w:r>
      <w:r w:rsidR="003265D7" w:rsidRPr="00E81372">
        <w:rPr>
          <w:rFonts w:ascii="Verdana" w:hAnsi="Verdana"/>
          <w:color w:val="000000" w:themeColor="text1"/>
          <w:sz w:val="32"/>
          <w:szCs w:val="32"/>
        </w:rPr>
        <w:t xml:space="preserve">dolescentes de la </w:t>
      </w:r>
      <w:r w:rsidR="00EF2740" w:rsidRPr="00E81372">
        <w:rPr>
          <w:rFonts w:ascii="Verdana" w:hAnsi="Verdana"/>
          <w:color w:val="000000" w:themeColor="text1"/>
          <w:sz w:val="32"/>
          <w:szCs w:val="32"/>
        </w:rPr>
        <w:t>C</w:t>
      </w:r>
      <w:r w:rsidR="003265D7" w:rsidRPr="00E81372">
        <w:rPr>
          <w:rFonts w:ascii="Verdana" w:hAnsi="Verdana"/>
          <w:color w:val="000000" w:themeColor="text1"/>
          <w:sz w:val="32"/>
          <w:szCs w:val="32"/>
        </w:rPr>
        <w:t>omuna de Coihueco</w:t>
      </w:r>
      <w:r w:rsidRPr="00E81372">
        <w:rPr>
          <w:rFonts w:ascii="Verdana" w:hAnsi="Verdana"/>
          <w:color w:val="000000" w:themeColor="text1"/>
          <w:sz w:val="32"/>
          <w:szCs w:val="32"/>
        </w:rPr>
        <w:t xml:space="preserve">: </w:t>
      </w:r>
    </w:p>
    <w:p w14:paraId="0F19A33B" w14:textId="77777777" w:rsidR="005E13C3" w:rsidRPr="00E81372" w:rsidRDefault="005E13C3" w:rsidP="005E13C3">
      <w:pPr>
        <w:spacing w:after="0"/>
        <w:rPr>
          <w:rFonts w:ascii="Verdana" w:hAnsi="Verdana"/>
          <w:sz w:val="32"/>
          <w:szCs w:val="32"/>
        </w:rPr>
      </w:pPr>
    </w:p>
    <w:p w14:paraId="692801B1" w14:textId="23F1C47C" w:rsidR="00F516F3" w:rsidRPr="00E81372" w:rsidRDefault="00284F92" w:rsidP="005E13C3">
      <w:pPr>
        <w:pStyle w:val="Prrafodelista"/>
        <w:numPr>
          <w:ilvl w:val="0"/>
          <w:numId w:val="12"/>
        </w:numPr>
        <w:spacing w:after="0"/>
        <w:rPr>
          <w:rFonts w:ascii="Verdana" w:hAnsi="Verdana"/>
          <w:b/>
          <w:bCs/>
          <w:sz w:val="32"/>
          <w:szCs w:val="32"/>
        </w:rPr>
      </w:pPr>
      <w:proofErr w:type="gramStart"/>
      <w:r w:rsidRPr="00E81372">
        <w:rPr>
          <w:rFonts w:ascii="Verdana" w:hAnsi="Verdana"/>
          <w:sz w:val="32"/>
          <w:szCs w:val="32"/>
        </w:rPr>
        <w:t>Categoría</w:t>
      </w:r>
      <w:r w:rsidR="00EF2740" w:rsidRPr="00E81372">
        <w:rPr>
          <w:rFonts w:ascii="Verdana" w:hAnsi="Verdana"/>
          <w:sz w:val="32"/>
          <w:szCs w:val="32"/>
        </w:rPr>
        <w:t xml:space="preserve"> </w:t>
      </w:r>
      <w:r w:rsidR="00F516F3" w:rsidRPr="00E81372">
        <w:rPr>
          <w:rFonts w:ascii="Verdana" w:hAnsi="Verdana"/>
          <w:sz w:val="32"/>
          <w:szCs w:val="32"/>
        </w:rPr>
        <w:t xml:space="preserve"> A</w:t>
      </w:r>
      <w:proofErr w:type="gramEnd"/>
      <w:r w:rsidR="00F516F3" w:rsidRPr="00E81372">
        <w:rPr>
          <w:rFonts w:ascii="Verdana" w:hAnsi="Verdana"/>
          <w:sz w:val="32"/>
          <w:szCs w:val="32"/>
        </w:rPr>
        <w:t xml:space="preserve">: </w:t>
      </w:r>
      <w:r w:rsidR="00EF2740" w:rsidRPr="00E81372">
        <w:rPr>
          <w:rFonts w:ascii="Verdana" w:hAnsi="Verdana"/>
          <w:sz w:val="32"/>
          <w:szCs w:val="32"/>
        </w:rPr>
        <w:t xml:space="preserve">    </w:t>
      </w:r>
      <w:r w:rsidR="00F516F3" w:rsidRPr="00E81372">
        <w:rPr>
          <w:rFonts w:ascii="Verdana" w:hAnsi="Verdana"/>
          <w:sz w:val="32"/>
          <w:szCs w:val="32"/>
        </w:rPr>
        <w:t xml:space="preserve">6 a 9 </w:t>
      </w:r>
      <w:r w:rsidR="00EF2740" w:rsidRPr="00E81372">
        <w:rPr>
          <w:rFonts w:ascii="Verdana" w:hAnsi="Verdana"/>
          <w:sz w:val="32"/>
          <w:szCs w:val="32"/>
        </w:rPr>
        <w:t xml:space="preserve">  </w:t>
      </w:r>
      <w:r w:rsidR="00F516F3" w:rsidRPr="00E81372">
        <w:rPr>
          <w:rFonts w:ascii="Verdana" w:hAnsi="Verdana"/>
          <w:sz w:val="32"/>
          <w:szCs w:val="32"/>
        </w:rPr>
        <w:t>años</w:t>
      </w:r>
      <w:r w:rsidR="00EF2740" w:rsidRPr="00E81372">
        <w:rPr>
          <w:rFonts w:ascii="Verdana" w:hAnsi="Verdana"/>
          <w:sz w:val="32"/>
          <w:szCs w:val="32"/>
        </w:rPr>
        <w:t>.</w:t>
      </w:r>
    </w:p>
    <w:p w14:paraId="1EDA2F7E" w14:textId="1907FF9C" w:rsidR="00F516F3" w:rsidRPr="00E81372" w:rsidRDefault="00F516F3" w:rsidP="00EF2740">
      <w:pPr>
        <w:pStyle w:val="Prrafodelista"/>
        <w:numPr>
          <w:ilvl w:val="0"/>
          <w:numId w:val="12"/>
        </w:numPr>
        <w:spacing w:after="0"/>
        <w:rPr>
          <w:rFonts w:ascii="Verdana" w:hAnsi="Verdana"/>
          <w:b/>
          <w:bCs/>
          <w:sz w:val="32"/>
          <w:szCs w:val="32"/>
        </w:rPr>
      </w:pPr>
      <w:proofErr w:type="gramStart"/>
      <w:r w:rsidRPr="00E81372">
        <w:rPr>
          <w:rFonts w:ascii="Verdana" w:hAnsi="Verdana"/>
          <w:sz w:val="32"/>
          <w:szCs w:val="32"/>
        </w:rPr>
        <w:t xml:space="preserve">Categoría </w:t>
      </w:r>
      <w:r w:rsidR="00EF2740" w:rsidRPr="00E81372">
        <w:rPr>
          <w:rFonts w:ascii="Verdana" w:hAnsi="Verdana"/>
          <w:sz w:val="32"/>
          <w:szCs w:val="32"/>
        </w:rPr>
        <w:t xml:space="preserve"> </w:t>
      </w:r>
      <w:r w:rsidRPr="00E81372">
        <w:rPr>
          <w:rFonts w:ascii="Verdana" w:hAnsi="Verdana"/>
          <w:sz w:val="32"/>
          <w:szCs w:val="32"/>
        </w:rPr>
        <w:t>B</w:t>
      </w:r>
      <w:proofErr w:type="gramEnd"/>
      <w:r w:rsidR="00CC0FCC" w:rsidRPr="00E81372">
        <w:rPr>
          <w:rFonts w:ascii="Verdana" w:hAnsi="Verdana"/>
          <w:sz w:val="32"/>
          <w:szCs w:val="32"/>
        </w:rPr>
        <w:t xml:space="preserve">: </w:t>
      </w:r>
      <w:r w:rsidR="00EF2740" w:rsidRPr="00E81372">
        <w:rPr>
          <w:rFonts w:ascii="Verdana" w:hAnsi="Verdana"/>
          <w:sz w:val="32"/>
          <w:szCs w:val="32"/>
        </w:rPr>
        <w:t xml:space="preserve"> </w:t>
      </w:r>
      <w:r w:rsidR="000471F8" w:rsidRPr="00E81372">
        <w:rPr>
          <w:rFonts w:ascii="Verdana" w:hAnsi="Verdana"/>
          <w:sz w:val="32"/>
          <w:szCs w:val="32"/>
        </w:rPr>
        <w:t>10 a 13</w:t>
      </w:r>
      <w:r w:rsidR="00CC0FCC" w:rsidRPr="00E81372">
        <w:rPr>
          <w:rFonts w:ascii="Verdana" w:hAnsi="Verdana"/>
          <w:sz w:val="32"/>
          <w:szCs w:val="32"/>
        </w:rPr>
        <w:t xml:space="preserve"> años</w:t>
      </w:r>
      <w:r w:rsidR="00EF2740" w:rsidRPr="00E81372">
        <w:rPr>
          <w:rFonts w:ascii="Verdana" w:hAnsi="Verdana"/>
          <w:sz w:val="32"/>
          <w:szCs w:val="32"/>
        </w:rPr>
        <w:t>.</w:t>
      </w:r>
    </w:p>
    <w:p w14:paraId="0EFC781A" w14:textId="60EA3D30" w:rsidR="00EF2740" w:rsidRPr="00E81372" w:rsidRDefault="00CC0FCC" w:rsidP="005E13C3">
      <w:pPr>
        <w:pStyle w:val="Prrafodelista"/>
        <w:numPr>
          <w:ilvl w:val="0"/>
          <w:numId w:val="12"/>
        </w:numPr>
        <w:spacing w:before="120" w:after="0"/>
        <w:rPr>
          <w:rFonts w:ascii="Verdana" w:hAnsi="Verdana"/>
          <w:sz w:val="32"/>
          <w:szCs w:val="32"/>
        </w:rPr>
      </w:pPr>
      <w:proofErr w:type="gramStart"/>
      <w:r w:rsidRPr="00E81372">
        <w:rPr>
          <w:rFonts w:ascii="Verdana" w:hAnsi="Verdana"/>
          <w:sz w:val="32"/>
          <w:szCs w:val="32"/>
        </w:rPr>
        <w:t xml:space="preserve">Categoría </w:t>
      </w:r>
      <w:r w:rsidR="00EF2740" w:rsidRPr="00E81372">
        <w:rPr>
          <w:rFonts w:ascii="Verdana" w:hAnsi="Verdana"/>
          <w:sz w:val="32"/>
          <w:szCs w:val="32"/>
        </w:rPr>
        <w:t xml:space="preserve"> </w:t>
      </w:r>
      <w:r w:rsidRPr="00E81372">
        <w:rPr>
          <w:rFonts w:ascii="Verdana" w:hAnsi="Verdana"/>
          <w:sz w:val="32"/>
          <w:szCs w:val="32"/>
        </w:rPr>
        <w:t>C</w:t>
      </w:r>
      <w:proofErr w:type="gramEnd"/>
      <w:r w:rsidR="00AF2BB6" w:rsidRPr="00E81372">
        <w:rPr>
          <w:rFonts w:ascii="Verdana" w:hAnsi="Verdana"/>
          <w:sz w:val="32"/>
          <w:szCs w:val="32"/>
        </w:rPr>
        <w:t>:</w:t>
      </w:r>
      <w:r w:rsidR="00EF2740" w:rsidRPr="00E81372">
        <w:rPr>
          <w:rFonts w:ascii="Verdana" w:hAnsi="Verdana"/>
          <w:sz w:val="32"/>
          <w:szCs w:val="32"/>
        </w:rPr>
        <w:t xml:space="preserve"> </w:t>
      </w:r>
      <w:r w:rsidR="00AF2BB6" w:rsidRPr="00E81372">
        <w:rPr>
          <w:rFonts w:ascii="Verdana" w:hAnsi="Verdana"/>
          <w:sz w:val="32"/>
          <w:szCs w:val="32"/>
        </w:rPr>
        <w:t xml:space="preserve"> 14 a 17 años</w:t>
      </w:r>
      <w:r w:rsidR="00EF2740" w:rsidRPr="00E81372">
        <w:rPr>
          <w:rFonts w:ascii="Verdana" w:hAnsi="Verdana"/>
          <w:sz w:val="32"/>
          <w:szCs w:val="32"/>
        </w:rPr>
        <w:t>.</w:t>
      </w:r>
      <w:r w:rsidR="00AF2BB6" w:rsidRPr="00E81372">
        <w:rPr>
          <w:rFonts w:ascii="Verdana" w:hAnsi="Verdana"/>
          <w:sz w:val="32"/>
          <w:szCs w:val="32"/>
        </w:rPr>
        <w:t xml:space="preserve"> </w:t>
      </w:r>
    </w:p>
    <w:p w14:paraId="459AD476" w14:textId="69B34F5B" w:rsidR="00EF2740" w:rsidRPr="00E81372" w:rsidRDefault="000C636B" w:rsidP="005E13C3">
      <w:pPr>
        <w:pStyle w:val="Prrafodelista"/>
        <w:numPr>
          <w:ilvl w:val="0"/>
          <w:numId w:val="12"/>
        </w:numPr>
        <w:spacing w:before="120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b/>
          <w:bCs/>
          <w:sz w:val="32"/>
          <w:szCs w:val="32"/>
        </w:rPr>
        <w:t xml:space="preserve">La participación </w:t>
      </w:r>
      <w:r w:rsidR="00160BA5" w:rsidRPr="00E81372">
        <w:rPr>
          <w:rFonts w:ascii="Verdana" w:hAnsi="Verdana"/>
          <w:b/>
          <w:bCs/>
          <w:sz w:val="32"/>
          <w:szCs w:val="32"/>
        </w:rPr>
        <w:t>será</w:t>
      </w:r>
      <w:r w:rsidRPr="00E81372">
        <w:rPr>
          <w:rFonts w:ascii="Verdana" w:hAnsi="Verdana"/>
          <w:b/>
          <w:bCs/>
          <w:sz w:val="32"/>
          <w:szCs w:val="32"/>
        </w:rPr>
        <w:t xml:space="preserve"> gratuita y de carácter individual</w:t>
      </w:r>
      <w:r w:rsidRPr="00E81372">
        <w:rPr>
          <w:rFonts w:ascii="Verdana" w:hAnsi="Verdana"/>
          <w:color w:val="000000" w:themeColor="text1"/>
          <w:sz w:val="32"/>
          <w:szCs w:val="32"/>
        </w:rPr>
        <w:t>.</w:t>
      </w:r>
    </w:p>
    <w:p w14:paraId="323FD552" w14:textId="69125F3D" w:rsidR="005E13C3" w:rsidRPr="00E81372" w:rsidRDefault="005E13C3" w:rsidP="005E13C3">
      <w:pPr>
        <w:pStyle w:val="Prrafodelista"/>
        <w:spacing w:before="120"/>
        <w:rPr>
          <w:rFonts w:ascii="Verdana" w:hAnsi="Verdana"/>
          <w:color w:val="000000" w:themeColor="text1"/>
          <w:sz w:val="32"/>
          <w:szCs w:val="32"/>
        </w:rPr>
      </w:pPr>
    </w:p>
    <w:p w14:paraId="3CCF1444" w14:textId="0D13157F" w:rsidR="00B5505A" w:rsidRPr="00E81372" w:rsidRDefault="000C636B" w:rsidP="005E13C3">
      <w:pPr>
        <w:pStyle w:val="Ttulo2"/>
        <w:spacing w:before="120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>3. Inscripción</w:t>
      </w:r>
      <w:r w:rsidR="005E13C3" w:rsidRPr="00E81372">
        <w:rPr>
          <w:rFonts w:ascii="Verdana" w:hAnsi="Verdana"/>
          <w:color w:val="000000" w:themeColor="text1"/>
          <w:sz w:val="32"/>
          <w:szCs w:val="32"/>
        </w:rPr>
        <w:t>:</w:t>
      </w:r>
    </w:p>
    <w:p w14:paraId="053F79D3" w14:textId="0BF17ACE" w:rsidR="00160BA5" w:rsidRPr="00E81372" w:rsidRDefault="00EC6CEC" w:rsidP="00EC6CEC">
      <w:pPr>
        <w:spacing w:before="120" w:after="0"/>
        <w:ind w:left="709" w:hanging="425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   </w:t>
      </w:r>
      <w:r w:rsidR="00E81372">
        <w:rPr>
          <w:rFonts w:ascii="Verdana" w:hAnsi="Verdana"/>
          <w:sz w:val="32"/>
          <w:szCs w:val="32"/>
          <w:lang w:val="es-CL"/>
        </w:rPr>
        <w:t xml:space="preserve"> </w:t>
      </w:r>
      <w:r w:rsidRPr="00E81372">
        <w:rPr>
          <w:rFonts w:ascii="Verdana" w:hAnsi="Verdana"/>
          <w:sz w:val="32"/>
          <w:szCs w:val="32"/>
          <w:lang w:val="es-CL"/>
        </w:rPr>
        <w:t>Serán de forma automáticas esto con el solo hecho de retirar las presentes     bases y llenado de la correspondiente ficha de inscripción</w:t>
      </w:r>
      <w:r w:rsidR="000C636B" w:rsidRPr="00E81372">
        <w:rPr>
          <w:rFonts w:ascii="Verdana" w:hAnsi="Verdana"/>
          <w:sz w:val="32"/>
          <w:szCs w:val="32"/>
          <w:lang w:val="es-CL"/>
        </w:rPr>
        <w:t>:</w:t>
      </w:r>
    </w:p>
    <w:p w14:paraId="08D1932E" w14:textId="6A14ED43" w:rsidR="00C95E62" w:rsidRPr="00C95E62" w:rsidRDefault="000C636B" w:rsidP="002D708F">
      <w:pPr>
        <w:pStyle w:val="Prrafodelista"/>
        <w:numPr>
          <w:ilvl w:val="0"/>
          <w:numId w:val="13"/>
        </w:numPr>
        <w:spacing w:before="120" w:after="0"/>
        <w:rPr>
          <w:rFonts w:ascii="Verdana" w:eastAsiaTheme="majorEastAsia" w:hAnsi="Verdana" w:cstheme="majorBidi"/>
          <w:b/>
          <w:bCs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Fecha límite de </w:t>
      </w:r>
      <w:r w:rsidR="00EC6CEC" w:rsidRPr="00E81372">
        <w:rPr>
          <w:rFonts w:ascii="Verdana" w:hAnsi="Verdana"/>
          <w:sz w:val="32"/>
          <w:szCs w:val="32"/>
          <w:lang w:val="es-CL"/>
        </w:rPr>
        <w:t>entrega de las pinturas</w:t>
      </w:r>
      <w:r w:rsidRPr="00E81372">
        <w:rPr>
          <w:rFonts w:ascii="Verdana" w:hAnsi="Verdana"/>
          <w:sz w:val="32"/>
          <w:szCs w:val="32"/>
          <w:lang w:val="es-CL"/>
        </w:rPr>
        <w:t xml:space="preserve">: </w:t>
      </w:r>
      <w:r w:rsidR="00E81372">
        <w:rPr>
          <w:rFonts w:ascii="Verdana" w:hAnsi="Verdana"/>
          <w:sz w:val="32"/>
          <w:szCs w:val="32"/>
          <w:lang w:val="es-CL"/>
        </w:rPr>
        <w:t>31</w:t>
      </w:r>
      <w:r w:rsidR="008A37F3" w:rsidRPr="00E81372">
        <w:rPr>
          <w:rFonts w:ascii="Verdana" w:hAnsi="Verdana"/>
          <w:sz w:val="32"/>
          <w:szCs w:val="32"/>
          <w:lang w:val="es-CL"/>
        </w:rPr>
        <w:t xml:space="preserve"> de </w:t>
      </w:r>
      <w:r w:rsidR="00EC6CEC" w:rsidRPr="00E81372">
        <w:rPr>
          <w:rFonts w:ascii="Verdana" w:hAnsi="Verdana"/>
          <w:sz w:val="32"/>
          <w:szCs w:val="32"/>
          <w:lang w:val="es-CL"/>
        </w:rPr>
        <w:t>Julio</w:t>
      </w:r>
      <w:r w:rsidR="00EF2740" w:rsidRPr="00E81372">
        <w:rPr>
          <w:rFonts w:ascii="Verdana" w:hAnsi="Verdana"/>
          <w:sz w:val="32"/>
          <w:szCs w:val="32"/>
          <w:lang w:val="es-CL"/>
        </w:rPr>
        <w:t xml:space="preserve"> </w:t>
      </w:r>
      <w:r w:rsidR="008A37F3" w:rsidRPr="00E81372">
        <w:rPr>
          <w:rFonts w:ascii="Verdana" w:hAnsi="Verdana"/>
          <w:sz w:val="32"/>
          <w:szCs w:val="32"/>
          <w:lang w:val="es-CL"/>
        </w:rPr>
        <w:t xml:space="preserve">de </w:t>
      </w:r>
      <w:r w:rsidR="00462D6D" w:rsidRPr="00E81372">
        <w:rPr>
          <w:rFonts w:ascii="Verdana" w:hAnsi="Verdana"/>
          <w:sz w:val="32"/>
          <w:szCs w:val="32"/>
          <w:lang w:val="es-CL"/>
        </w:rPr>
        <w:t>2026, hasta</w:t>
      </w:r>
      <w:r w:rsidR="00C95E62">
        <w:rPr>
          <w:rFonts w:ascii="Verdana" w:hAnsi="Verdana"/>
          <w:sz w:val="32"/>
          <w:szCs w:val="32"/>
          <w:lang w:val="es-CL"/>
        </w:rPr>
        <w:t xml:space="preserve"> las 12:00 horas, </w:t>
      </w:r>
      <w:r w:rsidR="00AB0560" w:rsidRPr="00E81372">
        <w:rPr>
          <w:rFonts w:ascii="Verdana" w:hAnsi="Verdana"/>
          <w:sz w:val="32"/>
          <w:szCs w:val="32"/>
          <w:lang w:val="es-CL"/>
        </w:rPr>
        <w:t>en la Oficina de Cultura y Turismo, ubicada en el Centro de la Plaza de Coihueco</w:t>
      </w:r>
      <w:r w:rsidR="00EC6CEC" w:rsidRPr="00E81372">
        <w:rPr>
          <w:rFonts w:ascii="Verdana" w:hAnsi="Verdana"/>
          <w:sz w:val="32"/>
          <w:szCs w:val="32"/>
          <w:lang w:val="es-CL"/>
        </w:rPr>
        <w:t xml:space="preserve"> u con la entrega del trabajo, en sobre cerrado, con </w:t>
      </w:r>
      <w:r w:rsidR="00C95E62">
        <w:rPr>
          <w:rFonts w:ascii="Verdana" w:hAnsi="Verdana"/>
          <w:sz w:val="32"/>
          <w:szCs w:val="32"/>
          <w:lang w:val="es-CL"/>
        </w:rPr>
        <w:t xml:space="preserve">la Ficha de Inscripción, </w:t>
      </w:r>
      <w:r w:rsidR="00EC6CEC" w:rsidRPr="00E81372">
        <w:rPr>
          <w:rFonts w:ascii="Verdana" w:hAnsi="Verdana"/>
          <w:sz w:val="32"/>
          <w:szCs w:val="32"/>
          <w:lang w:val="es-CL"/>
        </w:rPr>
        <w:t>nombre edad y contacto, en la Oficina de Partes.</w:t>
      </w:r>
    </w:p>
    <w:p w14:paraId="1349B6B5" w14:textId="77777777" w:rsidR="00C95E62" w:rsidRDefault="00C95E62" w:rsidP="00C95E62">
      <w:pPr>
        <w:spacing w:before="120" w:after="0"/>
        <w:rPr>
          <w:rFonts w:ascii="Verdana" w:hAnsi="Verdana"/>
          <w:sz w:val="32"/>
          <w:szCs w:val="32"/>
          <w:lang w:val="es-CL"/>
        </w:rPr>
      </w:pPr>
    </w:p>
    <w:p w14:paraId="3E229ED4" w14:textId="77777777" w:rsidR="00C95E62" w:rsidRDefault="00C95E62" w:rsidP="00C95E62">
      <w:pPr>
        <w:spacing w:before="120" w:after="0"/>
        <w:rPr>
          <w:rFonts w:ascii="Verdana" w:hAnsi="Verdana"/>
          <w:sz w:val="32"/>
          <w:szCs w:val="32"/>
          <w:lang w:val="es-CL"/>
        </w:rPr>
      </w:pPr>
    </w:p>
    <w:p w14:paraId="51AB6E40" w14:textId="77777777" w:rsidR="00C95E62" w:rsidRDefault="00C95E62" w:rsidP="00C95E62">
      <w:pPr>
        <w:spacing w:before="120" w:after="0"/>
        <w:rPr>
          <w:rFonts w:ascii="Verdana" w:hAnsi="Verdana"/>
          <w:sz w:val="32"/>
          <w:szCs w:val="32"/>
          <w:lang w:val="es-CL"/>
        </w:rPr>
      </w:pPr>
    </w:p>
    <w:p w14:paraId="096DA7CA" w14:textId="77777777" w:rsidR="00C95E62" w:rsidRDefault="00C95E62" w:rsidP="00C95E62">
      <w:pPr>
        <w:spacing w:before="120" w:after="0"/>
        <w:rPr>
          <w:rFonts w:ascii="Verdana" w:hAnsi="Verdana"/>
          <w:sz w:val="32"/>
          <w:szCs w:val="32"/>
          <w:lang w:val="es-CL"/>
        </w:rPr>
      </w:pPr>
    </w:p>
    <w:p w14:paraId="4ED4C267" w14:textId="77777777" w:rsidR="00C95E62" w:rsidRDefault="00C95E62" w:rsidP="00C95E62">
      <w:pPr>
        <w:spacing w:before="120" w:after="0"/>
        <w:rPr>
          <w:rFonts w:ascii="Verdana" w:hAnsi="Verdana"/>
          <w:sz w:val="32"/>
          <w:szCs w:val="32"/>
          <w:lang w:val="es-CL"/>
        </w:rPr>
      </w:pPr>
    </w:p>
    <w:p w14:paraId="32AC9CA1" w14:textId="4ECAA2CF" w:rsidR="001F7D7A" w:rsidRPr="00C95E62" w:rsidRDefault="000C636B" w:rsidP="00C95E62">
      <w:pPr>
        <w:spacing w:before="120" w:after="0"/>
        <w:rPr>
          <w:rStyle w:val="Ttulo2Car"/>
          <w:rFonts w:ascii="Verdana" w:hAnsi="Verdana"/>
          <w:color w:val="auto"/>
          <w:sz w:val="32"/>
          <w:szCs w:val="32"/>
          <w:lang w:val="es-CL"/>
        </w:rPr>
      </w:pPr>
      <w:r w:rsidRPr="00C95E62">
        <w:rPr>
          <w:rFonts w:ascii="Verdana" w:hAnsi="Verdana"/>
          <w:sz w:val="32"/>
          <w:szCs w:val="32"/>
          <w:lang w:val="es-CL"/>
        </w:rPr>
        <w:lastRenderedPageBreak/>
        <w:br/>
      </w:r>
    </w:p>
    <w:p w14:paraId="73135246" w14:textId="6880DD09" w:rsidR="00160BA5" w:rsidRPr="00E81372" w:rsidRDefault="000C636B" w:rsidP="00A6668D">
      <w:pPr>
        <w:spacing w:before="120" w:after="0"/>
        <w:rPr>
          <w:rFonts w:ascii="Verdana" w:hAnsi="Verdana"/>
          <w:sz w:val="32"/>
          <w:szCs w:val="32"/>
          <w:lang w:val="es-CL"/>
        </w:rPr>
      </w:pPr>
      <w:r w:rsidRPr="00E81372">
        <w:rPr>
          <w:rStyle w:val="Ttulo2Car"/>
          <w:rFonts w:ascii="Verdana" w:hAnsi="Verdana"/>
          <w:color w:val="auto"/>
          <w:sz w:val="32"/>
          <w:szCs w:val="32"/>
          <w:lang w:val="es-CL"/>
        </w:rPr>
        <w:t xml:space="preserve">4. Técnica y </w:t>
      </w:r>
      <w:r w:rsidR="005E13C3" w:rsidRPr="00E81372">
        <w:rPr>
          <w:rStyle w:val="Ttulo2Car"/>
          <w:rFonts w:ascii="Verdana" w:hAnsi="Verdana"/>
          <w:color w:val="auto"/>
          <w:sz w:val="32"/>
          <w:szCs w:val="32"/>
          <w:lang w:val="es-CL"/>
        </w:rPr>
        <w:t>F</w:t>
      </w:r>
      <w:r w:rsidRPr="00E81372">
        <w:rPr>
          <w:rStyle w:val="Ttulo2Car"/>
          <w:rFonts w:ascii="Verdana" w:hAnsi="Verdana"/>
          <w:color w:val="auto"/>
          <w:sz w:val="32"/>
          <w:szCs w:val="32"/>
          <w:lang w:val="es-CL"/>
        </w:rPr>
        <w:t>ormato</w:t>
      </w:r>
      <w:r w:rsidR="00160BA5" w:rsidRPr="00E81372">
        <w:rPr>
          <w:rStyle w:val="Ttulo2Car"/>
          <w:rFonts w:ascii="Verdana" w:hAnsi="Verdana"/>
          <w:color w:val="auto"/>
          <w:sz w:val="32"/>
          <w:szCs w:val="32"/>
          <w:lang w:val="es-CL"/>
        </w:rPr>
        <w:t>:</w:t>
      </w:r>
      <w:r w:rsidR="009B2EDD" w:rsidRPr="00E81372">
        <w:rPr>
          <w:rStyle w:val="Ttulo2Car"/>
          <w:rFonts w:ascii="Verdana" w:hAnsi="Verdana"/>
          <w:sz w:val="32"/>
          <w:szCs w:val="32"/>
          <w:lang w:val="es-CL"/>
        </w:rPr>
        <w:br/>
      </w:r>
    </w:p>
    <w:p w14:paraId="2F44A1F5" w14:textId="003B03F4" w:rsidR="009A1878" w:rsidRPr="00E81372" w:rsidRDefault="009B2EDD" w:rsidP="00A6668D">
      <w:pPr>
        <w:pStyle w:val="Prrafodelista"/>
        <w:numPr>
          <w:ilvl w:val="0"/>
          <w:numId w:val="13"/>
        </w:numPr>
        <w:spacing w:after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Las </w:t>
      </w:r>
      <w:r w:rsidR="00160BA5" w:rsidRPr="00E81372">
        <w:rPr>
          <w:rFonts w:ascii="Verdana" w:hAnsi="Verdana"/>
          <w:sz w:val="32"/>
          <w:szCs w:val="32"/>
          <w:lang w:val="es-CL"/>
        </w:rPr>
        <w:t>O</w:t>
      </w:r>
      <w:r w:rsidRPr="00E81372">
        <w:rPr>
          <w:rFonts w:ascii="Verdana" w:hAnsi="Verdana"/>
          <w:sz w:val="32"/>
          <w:szCs w:val="32"/>
          <w:lang w:val="es-CL"/>
        </w:rPr>
        <w:t xml:space="preserve">bras deberán ser realizadas utilizando témpera y/o acuarela, en hojas de block tamaño carta o similar. </w:t>
      </w:r>
    </w:p>
    <w:p w14:paraId="66B8EA84" w14:textId="1AEBE333" w:rsidR="003173A3" w:rsidRDefault="00160BA5" w:rsidP="003173A3">
      <w:pPr>
        <w:pStyle w:val="NormalWeb"/>
        <w:numPr>
          <w:ilvl w:val="0"/>
          <w:numId w:val="13"/>
        </w:numPr>
        <w:spacing w:after="0" w:afterAutospacing="0"/>
        <w:jc w:val="both"/>
        <w:divId w:val="1359893635"/>
        <w:rPr>
          <w:rFonts w:ascii="Verdana" w:hAnsi="Verdana" w:cstheme="minorBidi"/>
          <w:sz w:val="32"/>
          <w:szCs w:val="32"/>
          <w:lang w:eastAsia="en-US"/>
        </w:rPr>
      </w:pPr>
      <w:r w:rsidRPr="00E81372">
        <w:rPr>
          <w:rFonts w:ascii="Verdana" w:hAnsi="Verdana" w:cstheme="minorBidi"/>
          <w:sz w:val="32"/>
          <w:szCs w:val="32"/>
          <w:lang w:eastAsia="en-US"/>
        </w:rPr>
        <w:t>L</w:t>
      </w:r>
      <w:r w:rsidR="004B750A" w:rsidRPr="00E81372">
        <w:rPr>
          <w:rFonts w:ascii="Verdana" w:hAnsi="Verdana" w:cstheme="minorBidi"/>
          <w:sz w:val="32"/>
          <w:szCs w:val="32"/>
          <w:lang w:eastAsia="en-US"/>
        </w:rPr>
        <w:t xml:space="preserve">os materiales serán </w:t>
      </w:r>
      <w:r w:rsidR="00EC6CEC" w:rsidRPr="00E81372">
        <w:rPr>
          <w:rFonts w:ascii="Verdana" w:hAnsi="Verdana" w:cstheme="minorBidi"/>
          <w:sz w:val="32"/>
          <w:szCs w:val="32"/>
          <w:lang w:eastAsia="en-US"/>
        </w:rPr>
        <w:t xml:space="preserve">responsabilidad de </w:t>
      </w:r>
      <w:r w:rsidR="004B750A" w:rsidRPr="00E81372">
        <w:rPr>
          <w:rFonts w:ascii="Verdana" w:hAnsi="Verdana" w:cstheme="minorBidi"/>
          <w:sz w:val="32"/>
          <w:szCs w:val="32"/>
          <w:lang w:eastAsia="en-US"/>
        </w:rPr>
        <w:t>cada participante</w:t>
      </w:r>
      <w:r w:rsidRPr="00E81372">
        <w:rPr>
          <w:rFonts w:ascii="Verdana" w:hAnsi="Verdana" w:cstheme="minorBidi"/>
          <w:sz w:val="32"/>
          <w:szCs w:val="32"/>
          <w:lang w:eastAsia="en-US"/>
        </w:rPr>
        <w:t>.</w:t>
      </w:r>
      <w:r w:rsidR="004B750A" w:rsidRPr="00E81372">
        <w:rPr>
          <w:rFonts w:ascii="Verdana" w:hAnsi="Verdana" w:cstheme="minorBidi"/>
          <w:sz w:val="32"/>
          <w:szCs w:val="32"/>
          <w:lang w:eastAsia="en-US"/>
        </w:rPr>
        <w:t xml:space="preserve"> </w:t>
      </w:r>
    </w:p>
    <w:p w14:paraId="2DA91CD7" w14:textId="77777777" w:rsidR="003173A3" w:rsidRPr="00E81372" w:rsidRDefault="003173A3" w:rsidP="003173A3">
      <w:pPr>
        <w:pStyle w:val="NormalWeb"/>
        <w:spacing w:after="0" w:afterAutospacing="0"/>
        <w:ind w:left="720"/>
        <w:jc w:val="both"/>
        <w:divId w:val="1359893635"/>
        <w:rPr>
          <w:rFonts w:ascii="Verdana" w:hAnsi="Verdana" w:cstheme="minorBidi"/>
          <w:sz w:val="32"/>
          <w:szCs w:val="32"/>
          <w:lang w:eastAsia="en-US"/>
        </w:rPr>
      </w:pPr>
    </w:p>
    <w:p w14:paraId="2736B973" w14:textId="07B4F2BC" w:rsidR="00A6668D" w:rsidRPr="00E81372" w:rsidRDefault="000C636B" w:rsidP="003173A3">
      <w:pPr>
        <w:pStyle w:val="Ttulo2"/>
        <w:spacing w:before="0"/>
        <w:rPr>
          <w:rFonts w:ascii="Verdana" w:hAnsi="Verdana"/>
          <w:color w:val="000000" w:themeColor="text1"/>
          <w:sz w:val="32"/>
          <w:szCs w:val="32"/>
          <w:lang w:val="es-CL"/>
        </w:rPr>
      </w:pPr>
      <w:r w:rsidRPr="00E81372">
        <w:rPr>
          <w:rFonts w:ascii="Verdana" w:hAnsi="Verdana"/>
          <w:color w:val="000000" w:themeColor="text1"/>
          <w:sz w:val="32"/>
          <w:szCs w:val="32"/>
          <w:lang w:val="es-CL"/>
        </w:rPr>
        <w:t>5. Desarrollo del concurso</w:t>
      </w:r>
      <w:r w:rsidR="00A6668D" w:rsidRPr="00E81372">
        <w:rPr>
          <w:rFonts w:ascii="Verdana" w:hAnsi="Verdana"/>
          <w:color w:val="000000" w:themeColor="text1"/>
          <w:sz w:val="32"/>
          <w:szCs w:val="32"/>
          <w:lang w:val="es-CL"/>
        </w:rPr>
        <w:t>:</w:t>
      </w:r>
    </w:p>
    <w:p w14:paraId="3A5A8602" w14:textId="4367B41F" w:rsidR="00A6668D" w:rsidRPr="00E81372" w:rsidRDefault="00A6668D" w:rsidP="00EC6CEC">
      <w:pPr>
        <w:spacing w:after="0"/>
        <w:rPr>
          <w:rFonts w:ascii="Verdana" w:hAnsi="Verdana"/>
          <w:sz w:val="32"/>
          <w:szCs w:val="32"/>
          <w:lang w:val="es-CL"/>
        </w:rPr>
      </w:pPr>
    </w:p>
    <w:p w14:paraId="1C175461" w14:textId="54095D64" w:rsidR="00035A06" w:rsidRPr="00E81372" w:rsidRDefault="000C636B" w:rsidP="00A6668D">
      <w:pPr>
        <w:pStyle w:val="Prrafodelista"/>
        <w:numPr>
          <w:ilvl w:val="0"/>
          <w:numId w:val="15"/>
        </w:numPr>
        <w:spacing w:after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Tema</w:t>
      </w:r>
      <w:r w:rsidR="00462D6D" w:rsidRPr="00E81372">
        <w:rPr>
          <w:rFonts w:ascii="Verdana" w:hAnsi="Verdana"/>
          <w:sz w:val="32"/>
          <w:szCs w:val="32"/>
          <w:lang w:val="es-CL"/>
        </w:rPr>
        <w:t>: “</w:t>
      </w:r>
      <w:r w:rsidR="00160BA5" w:rsidRPr="00E81372">
        <w:rPr>
          <w:rFonts w:ascii="Verdana" w:hAnsi="Verdana"/>
          <w:b/>
          <w:bCs/>
          <w:sz w:val="32"/>
          <w:szCs w:val="32"/>
          <w:lang w:val="es-CL"/>
        </w:rPr>
        <w:t>M</w:t>
      </w:r>
      <w:r w:rsidR="00C86CF0" w:rsidRPr="00E81372">
        <w:rPr>
          <w:rFonts w:ascii="Verdana" w:hAnsi="Verdana"/>
          <w:b/>
          <w:bCs/>
          <w:sz w:val="32"/>
          <w:szCs w:val="32"/>
          <w:lang w:val="es-CL"/>
        </w:rPr>
        <w:t xml:space="preserve">i </w:t>
      </w:r>
      <w:r w:rsidR="00EC6CEC" w:rsidRPr="00E81372">
        <w:rPr>
          <w:rFonts w:ascii="Verdana" w:hAnsi="Verdana"/>
          <w:b/>
          <w:bCs/>
          <w:sz w:val="32"/>
          <w:szCs w:val="32"/>
          <w:lang w:val="es-CL"/>
        </w:rPr>
        <w:t>Coihueco y Su Historia</w:t>
      </w:r>
      <w:r w:rsidRPr="00E81372">
        <w:rPr>
          <w:rFonts w:ascii="Verdana" w:hAnsi="Verdana"/>
          <w:b/>
          <w:bCs/>
          <w:sz w:val="32"/>
          <w:szCs w:val="32"/>
          <w:lang w:val="es-CL"/>
        </w:rPr>
        <w:t>”</w:t>
      </w:r>
      <w:r w:rsidR="00A6668D" w:rsidRPr="00E81372">
        <w:rPr>
          <w:rFonts w:ascii="Verdana" w:hAnsi="Verdana"/>
          <w:sz w:val="32"/>
          <w:szCs w:val="32"/>
          <w:lang w:val="es-CL"/>
        </w:rPr>
        <w:t xml:space="preserve">, </w:t>
      </w:r>
      <w:r w:rsidR="00EC6CEC" w:rsidRPr="00E81372">
        <w:rPr>
          <w:rFonts w:ascii="Verdana" w:hAnsi="Verdana"/>
          <w:sz w:val="32"/>
          <w:szCs w:val="32"/>
          <w:lang w:val="es-CL"/>
        </w:rPr>
        <w:t>Será la muestra plasmada, mediante la expresión de la Pintura, de Hitos Históricos de la Comuna de Coihueco, todo llevado y a través de la Pintura y El Arte</w:t>
      </w:r>
      <w:r w:rsidR="00A6668D" w:rsidRPr="00E81372">
        <w:rPr>
          <w:rFonts w:ascii="Verdana" w:hAnsi="Verdana"/>
          <w:sz w:val="32"/>
          <w:szCs w:val="32"/>
          <w:lang w:val="es-CL"/>
        </w:rPr>
        <w:t>.</w:t>
      </w:r>
    </w:p>
    <w:p w14:paraId="6A07E912" w14:textId="421AF623" w:rsidR="00A6668D" w:rsidRPr="00E81372" w:rsidRDefault="000C636B" w:rsidP="00A6668D">
      <w:pPr>
        <w:pStyle w:val="Prrafodelista"/>
        <w:numPr>
          <w:ilvl w:val="0"/>
          <w:numId w:val="16"/>
        </w:numPr>
        <w:spacing w:after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El jurado </w:t>
      </w:r>
      <w:r w:rsidR="00EC6CEC" w:rsidRPr="00E81372">
        <w:rPr>
          <w:rFonts w:ascii="Verdana" w:hAnsi="Verdana"/>
          <w:sz w:val="32"/>
          <w:szCs w:val="32"/>
          <w:lang w:val="es-CL"/>
        </w:rPr>
        <w:t>será nominado por la Ilustre Municipalidad de Coihueco</w:t>
      </w:r>
      <w:r w:rsidRPr="00E81372">
        <w:rPr>
          <w:rFonts w:ascii="Verdana" w:hAnsi="Verdana"/>
          <w:sz w:val="32"/>
          <w:szCs w:val="32"/>
          <w:lang w:val="es-CL"/>
        </w:rPr>
        <w:t>.</w:t>
      </w:r>
    </w:p>
    <w:p w14:paraId="305209DF" w14:textId="322DACF5" w:rsidR="00B5505A" w:rsidRPr="00E81372" w:rsidRDefault="000C636B" w:rsidP="00A6668D">
      <w:pPr>
        <w:pStyle w:val="Prrafodelista"/>
        <w:numPr>
          <w:ilvl w:val="0"/>
          <w:numId w:val="16"/>
        </w:numPr>
        <w:spacing w:after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La entrega final </w:t>
      </w:r>
      <w:r w:rsidR="00A6668D" w:rsidRPr="00E81372">
        <w:rPr>
          <w:rFonts w:ascii="Verdana" w:hAnsi="Verdana"/>
          <w:sz w:val="32"/>
          <w:szCs w:val="32"/>
          <w:lang w:val="es-CL"/>
        </w:rPr>
        <w:t xml:space="preserve">y premiación </w:t>
      </w:r>
      <w:r w:rsidRPr="00E81372">
        <w:rPr>
          <w:rFonts w:ascii="Verdana" w:hAnsi="Verdana"/>
          <w:sz w:val="32"/>
          <w:szCs w:val="32"/>
          <w:lang w:val="es-CL"/>
        </w:rPr>
        <w:t xml:space="preserve">será </w:t>
      </w:r>
      <w:r w:rsidR="0020223D" w:rsidRPr="00E81372">
        <w:rPr>
          <w:rFonts w:ascii="Verdana" w:hAnsi="Verdana"/>
          <w:sz w:val="32"/>
          <w:szCs w:val="32"/>
          <w:lang w:val="es-CL"/>
        </w:rPr>
        <w:t>durante en el mes de agosto, mes de aniversario, fecha que será comunicada a los ganadores (ras)</w:t>
      </w:r>
      <w:r w:rsidRPr="00E81372">
        <w:rPr>
          <w:rFonts w:ascii="Verdana" w:hAnsi="Verdana"/>
          <w:sz w:val="32"/>
          <w:szCs w:val="32"/>
          <w:lang w:val="es-CL"/>
        </w:rPr>
        <w:t>.</w:t>
      </w:r>
    </w:p>
    <w:p w14:paraId="3EC08A2B" w14:textId="77777777" w:rsidR="003173A3" w:rsidRPr="00E81372" w:rsidRDefault="003173A3" w:rsidP="003173A3">
      <w:pPr>
        <w:pStyle w:val="Prrafodelista"/>
        <w:spacing w:after="0"/>
        <w:jc w:val="both"/>
        <w:rPr>
          <w:rFonts w:ascii="Verdana" w:hAnsi="Verdana"/>
          <w:sz w:val="32"/>
          <w:szCs w:val="32"/>
        </w:rPr>
      </w:pPr>
    </w:p>
    <w:p w14:paraId="3067ECFF" w14:textId="1DFBBBFE" w:rsidR="003173A3" w:rsidRPr="00E81372" w:rsidRDefault="000C636B" w:rsidP="003173A3">
      <w:pPr>
        <w:pStyle w:val="Ttulo2"/>
        <w:spacing w:before="240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>6. Jurado</w:t>
      </w:r>
      <w:r w:rsidR="00A6668D" w:rsidRPr="00E81372">
        <w:rPr>
          <w:rFonts w:ascii="Verdana" w:hAnsi="Verdana"/>
          <w:color w:val="000000" w:themeColor="text1"/>
          <w:sz w:val="32"/>
          <w:szCs w:val="32"/>
        </w:rPr>
        <w:t>:</w:t>
      </w:r>
    </w:p>
    <w:p w14:paraId="458A8580" w14:textId="7EEE9782" w:rsidR="00A6668D" w:rsidRPr="00E81372" w:rsidRDefault="000C636B" w:rsidP="003173A3">
      <w:pPr>
        <w:pStyle w:val="Prrafodelista"/>
        <w:numPr>
          <w:ilvl w:val="0"/>
          <w:numId w:val="16"/>
        </w:numPr>
        <w:spacing w:before="240" w:after="0"/>
        <w:jc w:val="both"/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 xml:space="preserve">El </w:t>
      </w:r>
      <w:r w:rsidR="004F2017" w:rsidRPr="00E81372">
        <w:rPr>
          <w:rFonts w:ascii="Verdana" w:hAnsi="Verdana"/>
          <w:sz w:val="32"/>
          <w:szCs w:val="32"/>
        </w:rPr>
        <w:t>J</w:t>
      </w:r>
      <w:r w:rsidRPr="00E81372">
        <w:rPr>
          <w:rFonts w:ascii="Verdana" w:hAnsi="Verdana"/>
          <w:sz w:val="32"/>
          <w:szCs w:val="32"/>
        </w:rPr>
        <w:t xml:space="preserve">urado estará compuesto </w:t>
      </w:r>
      <w:r w:rsidRPr="00E81372">
        <w:rPr>
          <w:rFonts w:ascii="Verdana" w:hAnsi="Verdana"/>
          <w:sz w:val="32"/>
          <w:szCs w:val="32"/>
          <w:lang w:val="es-CL"/>
        </w:rPr>
        <w:t xml:space="preserve">por </w:t>
      </w:r>
      <w:r w:rsidR="004F2017" w:rsidRPr="00E81372">
        <w:rPr>
          <w:rFonts w:ascii="Verdana" w:hAnsi="Verdana"/>
          <w:sz w:val="32"/>
          <w:szCs w:val="32"/>
          <w:lang w:val="es-CL"/>
        </w:rPr>
        <w:t>A</w:t>
      </w:r>
      <w:r w:rsidRPr="00E81372">
        <w:rPr>
          <w:rFonts w:ascii="Verdana" w:hAnsi="Verdana"/>
          <w:sz w:val="32"/>
          <w:szCs w:val="32"/>
          <w:lang w:val="es-CL"/>
        </w:rPr>
        <w:t xml:space="preserve">rtistas </w:t>
      </w:r>
      <w:r w:rsidR="004F2017" w:rsidRPr="00E81372">
        <w:rPr>
          <w:rFonts w:ascii="Verdana" w:hAnsi="Verdana"/>
          <w:sz w:val="32"/>
          <w:szCs w:val="32"/>
          <w:lang w:val="es-CL"/>
        </w:rPr>
        <w:t>Vi</w:t>
      </w:r>
      <w:r w:rsidRPr="00E81372">
        <w:rPr>
          <w:rFonts w:ascii="Verdana" w:hAnsi="Verdana"/>
          <w:sz w:val="32"/>
          <w:szCs w:val="32"/>
          <w:lang w:val="es-CL"/>
        </w:rPr>
        <w:t>suales</w:t>
      </w:r>
      <w:r w:rsidR="0020223D" w:rsidRPr="00E81372">
        <w:rPr>
          <w:rFonts w:ascii="Verdana" w:hAnsi="Verdana"/>
          <w:sz w:val="32"/>
          <w:szCs w:val="32"/>
          <w:lang w:val="es-CL"/>
        </w:rPr>
        <w:t xml:space="preserve"> y Docentes</w:t>
      </w:r>
      <w:r w:rsidRPr="00E81372">
        <w:rPr>
          <w:rFonts w:ascii="Verdana" w:hAnsi="Verdana"/>
          <w:sz w:val="32"/>
          <w:szCs w:val="32"/>
        </w:rPr>
        <w:t xml:space="preserve">. </w:t>
      </w:r>
    </w:p>
    <w:p w14:paraId="4FC4472D" w14:textId="5332D623" w:rsidR="004F2017" w:rsidRPr="00C95E62" w:rsidRDefault="000C636B" w:rsidP="004F2017">
      <w:pPr>
        <w:pStyle w:val="Prrafodelista"/>
        <w:numPr>
          <w:ilvl w:val="0"/>
          <w:numId w:val="16"/>
        </w:numPr>
        <w:spacing w:after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</w:rPr>
        <w:t xml:space="preserve">Su </w:t>
      </w:r>
      <w:r w:rsidRPr="00C95E62">
        <w:rPr>
          <w:rFonts w:ascii="Verdana" w:hAnsi="Verdana"/>
          <w:sz w:val="32"/>
          <w:szCs w:val="32"/>
          <w:lang w:val="es-CL"/>
        </w:rPr>
        <w:t>fallo será inapelable</w:t>
      </w:r>
      <w:r w:rsidR="004F2017" w:rsidRPr="00C95E62">
        <w:rPr>
          <w:rFonts w:ascii="Verdana" w:hAnsi="Verdana"/>
          <w:sz w:val="32"/>
          <w:szCs w:val="32"/>
          <w:lang w:val="es-CL"/>
        </w:rPr>
        <w:t>.</w:t>
      </w:r>
    </w:p>
    <w:p w14:paraId="604DEC0E" w14:textId="6DC9C871" w:rsidR="00C95E62" w:rsidRDefault="00C95E62" w:rsidP="00C95E62">
      <w:pPr>
        <w:spacing w:after="0"/>
        <w:jc w:val="both"/>
        <w:rPr>
          <w:rFonts w:ascii="Verdana" w:hAnsi="Verdana"/>
          <w:sz w:val="32"/>
          <w:szCs w:val="32"/>
        </w:rPr>
      </w:pPr>
    </w:p>
    <w:p w14:paraId="711B75FB" w14:textId="458A23C8" w:rsidR="00C95E62" w:rsidRDefault="00C95E62" w:rsidP="00C95E62">
      <w:pPr>
        <w:spacing w:after="0"/>
        <w:jc w:val="both"/>
        <w:rPr>
          <w:rFonts w:ascii="Verdana" w:hAnsi="Verdana"/>
          <w:sz w:val="32"/>
          <w:szCs w:val="32"/>
        </w:rPr>
      </w:pPr>
    </w:p>
    <w:p w14:paraId="5F8B8466" w14:textId="0663279B" w:rsidR="00C95E62" w:rsidRDefault="00C95E62" w:rsidP="00C95E62">
      <w:pPr>
        <w:spacing w:after="0"/>
        <w:jc w:val="both"/>
        <w:rPr>
          <w:rFonts w:ascii="Verdana" w:hAnsi="Verdana"/>
          <w:sz w:val="32"/>
          <w:szCs w:val="32"/>
        </w:rPr>
      </w:pPr>
    </w:p>
    <w:p w14:paraId="24F32407" w14:textId="1EB9D54B" w:rsidR="00C95E62" w:rsidRDefault="00C95E62" w:rsidP="00C95E62">
      <w:pPr>
        <w:spacing w:after="0"/>
        <w:jc w:val="both"/>
        <w:rPr>
          <w:rFonts w:ascii="Verdana" w:hAnsi="Verdana"/>
          <w:sz w:val="32"/>
          <w:szCs w:val="32"/>
        </w:rPr>
      </w:pPr>
    </w:p>
    <w:p w14:paraId="5A38734A" w14:textId="42ABBDF1" w:rsidR="00C95E62" w:rsidRDefault="00C95E62" w:rsidP="00C95E62">
      <w:pPr>
        <w:spacing w:after="0"/>
        <w:jc w:val="both"/>
        <w:rPr>
          <w:rFonts w:ascii="Verdana" w:hAnsi="Verdana"/>
          <w:sz w:val="32"/>
          <w:szCs w:val="32"/>
        </w:rPr>
      </w:pPr>
    </w:p>
    <w:p w14:paraId="51A29B25" w14:textId="77777777" w:rsidR="00C95E62" w:rsidRPr="00C95E62" w:rsidRDefault="00C95E62" w:rsidP="00C95E62">
      <w:pPr>
        <w:spacing w:after="0"/>
        <w:jc w:val="both"/>
        <w:rPr>
          <w:rFonts w:ascii="Verdana" w:hAnsi="Verdana"/>
          <w:sz w:val="32"/>
          <w:szCs w:val="32"/>
        </w:rPr>
      </w:pPr>
    </w:p>
    <w:p w14:paraId="53A6E798" w14:textId="77777777" w:rsidR="004F2017" w:rsidRPr="00E81372" w:rsidRDefault="000C636B" w:rsidP="004F2017">
      <w:pPr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 xml:space="preserve">Se </w:t>
      </w:r>
      <w:proofErr w:type="spellStart"/>
      <w:r w:rsidRPr="00E81372">
        <w:rPr>
          <w:rFonts w:ascii="Verdana" w:hAnsi="Verdana"/>
          <w:sz w:val="32"/>
          <w:szCs w:val="32"/>
        </w:rPr>
        <w:t>considerarán</w:t>
      </w:r>
      <w:proofErr w:type="spellEnd"/>
      <w:r w:rsidRPr="00E81372">
        <w:rPr>
          <w:rFonts w:ascii="Verdana" w:hAnsi="Verdana"/>
          <w:sz w:val="32"/>
          <w:szCs w:val="32"/>
        </w:rPr>
        <w:t xml:space="preserve"> </w:t>
      </w:r>
      <w:proofErr w:type="spellStart"/>
      <w:r w:rsidRPr="00E81372">
        <w:rPr>
          <w:rFonts w:ascii="Verdana" w:hAnsi="Verdana"/>
          <w:sz w:val="32"/>
          <w:szCs w:val="32"/>
        </w:rPr>
        <w:t>los</w:t>
      </w:r>
      <w:proofErr w:type="spellEnd"/>
      <w:r w:rsidRPr="00E81372">
        <w:rPr>
          <w:rFonts w:ascii="Verdana" w:hAnsi="Verdana"/>
          <w:sz w:val="32"/>
          <w:szCs w:val="32"/>
        </w:rPr>
        <w:t xml:space="preserve"> </w:t>
      </w:r>
      <w:proofErr w:type="spellStart"/>
      <w:r w:rsidRPr="00E81372">
        <w:rPr>
          <w:rFonts w:ascii="Verdana" w:hAnsi="Verdana"/>
          <w:sz w:val="32"/>
          <w:szCs w:val="32"/>
        </w:rPr>
        <w:t>siguientes</w:t>
      </w:r>
      <w:proofErr w:type="spellEnd"/>
      <w:r w:rsidRPr="00E81372">
        <w:rPr>
          <w:rFonts w:ascii="Verdana" w:hAnsi="Verdana"/>
          <w:sz w:val="32"/>
          <w:szCs w:val="32"/>
        </w:rPr>
        <w:t xml:space="preserve"> </w:t>
      </w:r>
      <w:proofErr w:type="spellStart"/>
      <w:r w:rsidRPr="00E81372">
        <w:rPr>
          <w:rFonts w:ascii="Verdana" w:hAnsi="Verdana"/>
          <w:sz w:val="32"/>
          <w:szCs w:val="32"/>
        </w:rPr>
        <w:t>criterios</w:t>
      </w:r>
      <w:proofErr w:type="spellEnd"/>
      <w:r w:rsidRPr="00E81372">
        <w:rPr>
          <w:rFonts w:ascii="Verdana" w:hAnsi="Verdana"/>
          <w:sz w:val="32"/>
          <w:szCs w:val="32"/>
        </w:rPr>
        <w:t>:</w:t>
      </w:r>
    </w:p>
    <w:p w14:paraId="2E7231C4" w14:textId="5BBDCE68" w:rsidR="004F2017" w:rsidRPr="00E81372" w:rsidRDefault="000C636B" w:rsidP="004F2017">
      <w:pPr>
        <w:pStyle w:val="Prrafodelista"/>
        <w:numPr>
          <w:ilvl w:val="0"/>
          <w:numId w:val="23"/>
        </w:numPr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 xml:space="preserve">Creatividad y </w:t>
      </w:r>
      <w:r w:rsidR="004F2017" w:rsidRPr="00E81372">
        <w:rPr>
          <w:rFonts w:ascii="Verdana" w:hAnsi="Verdana"/>
          <w:sz w:val="32"/>
          <w:szCs w:val="32"/>
        </w:rPr>
        <w:t>o</w:t>
      </w:r>
      <w:r w:rsidRPr="00E81372">
        <w:rPr>
          <w:rFonts w:ascii="Verdana" w:hAnsi="Verdana"/>
          <w:sz w:val="32"/>
          <w:szCs w:val="32"/>
        </w:rPr>
        <w:t>riginalidad</w:t>
      </w:r>
      <w:r w:rsidR="004F2017" w:rsidRPr="00E81372">
        <w:rPr>
          <w:rFonts w:ascii="Verdana" w:hAnsi="Verdana"/>
          <w:sz w:val="32"/>
          <w:szCs w:val="32"/>
        </w:rPr>
        <w:t>.</w:t>
      </w:r>
    </w:p>
    <w:p w14:paraId="445E4FE7" w14:textId="77777777" w:rsidR="004F2017" w:rsidRPr="00E81372" w:rsidRDefault="000C636B" w:rsidP="004F2017">
      <w:pPr>
        <w:pStyle w:val="Prrafodelista"/>
        <w:numPr>
          <w:ilvl w:val="0"/>
          <w:numId w:val="23"/>
        </w:numPr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>Composición y manejo del color</w:t>
      </w:r>
      <w:r w:rsidR="004F2017" w:rsidRPr="00E81372">
        <w:rPr>
          <w:rFonts w:ascii="Verdana" w:hAnsi="Verdana"/>
          <w:sz w:val="32"/>
          <w:szCs w:val="32"/>
        </w:rPr>
        <w:t>.</w:t>
      </w:r>
    </w:p>
    <w:p w14:paraId="48C3B3F9" w14:textId="77777777" w:rsidR="004F2017" w:rsidRPr="00E81372" w:rsidRDefault="000C636B" w:rsidP="004F2017">
      <w:pPr>
        <w:pStyle w:val="Prrafodelista"/>
        <w:numPr>
          <w:ilvl w:val="0"/>
          <w:numId w:val="23"/>
        </w:numPr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>Relación con el entorno y el tema propuesto</w:t>
      </w:r>
      <w:r w:rsidR="004F2017" w:rsidRPr="00E81372">
        <w:rPr>
          <w:rFonts w:ascii="Verdana" w:hAnsi="Verdana"/>
          <w:sz w:val="32"/>
          <w:szCs w:val="32"/>
        </w:rPr>
        <w:t>.</w:t>
      </w:r>
    </w:p>
    <w:p w14:paraId="0FE3303A" w14:textId="22721A91" w:rsidR="00B5505A" w:rsidRPr="00E81372" w:rsidRDefault="000C636B" w:rsidP="004F2017">
      <w:pPr>
        <w:pStyle w:val="Prrafodelista"/>
        <w:numPr>
          <w:ilvl w:val="0"/>
          <w:numId w:val="23"/>
        </w:numPr>
        <w:rPr>
          <w:rFonts w:ascii="Verdana" w:hAnsi="Verdana"/>
          <w:sz w:val="32"/>
          <w:szCs w:val="32"/>
        </w:rPr>
      </w:pPr>
      <w:r w:rsidRPr="00E81372">
        <w:rPr>
          <w:rFonts w:ascii="Verdana" w:hAnsi="Verdana"/>
          <w:sz w:val="32"/>
          <w:szCs w:val="32"/>
        </w:rPr>
        <w:t>Técnica</w:t>
      </w:r>
      <w:r w:rsidR="004F2017" w:rsidRPr="00E81372">
        <w:rPr>
          <w:rFonts w:ascii="Verdana" w:hAnsi="Verdana"/>
          <w:sz w:val="32"/>
          <w:szCs w:val="32"/>
        </w:rPr>
        <w:t xml:space="preserve"> utilizada</w:t>
      </w:r>
      <w:r w:rsidR="00826C43" w:rsidRPr="00E81372">
        <w:rPr>
          <w:rFonts w:ascii="Verdana" w:hAnsi="Verdana"/>
          <w:sz w:val="32"/>
          <w:szCs w:val="32"/>
        </w:rPr>
        <w:t>.</w:t>
      </w:r>
    </w:p>
    <w:p w14:paraId="19BDD12D" w14:textId="6626B70D" w:rsidR="00B5505A" w:rsidRPr="00C95E62" w:rsidRDefault="000C636B" w:rsidP="003173A3">
      <w:pPr>
        <w:pStyle w:val="Ttulo2"/>
        <w:spacing w:before="120"/>
        <w:rPr>
          <w:rFonts w:ascii="Verdana" w:hAnsi="Verdana"/>
          <w:color w:val="000000" w:themeColor="text1"/>
          <w:sz w:val="32"/>
          <w:szCs w:val="32"/>
          <w:lang w:val="es-CL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 xml:space="preserve">7. </w:t>
      </w:r>
      <w:r w:rsidRPr="00C95E62">
        <w:rPr>
          <w:rFonts w:ascii="Verdana" w:hAnsi="Verdana"/>
          <w:color w:val="000000" w:themeColor="text1"/>
          <w:sz w:val="32"/>
          <w:szCs w:val="32"/>
          <w:lang w:val="es-CL"/>
        </w:rPr>
        <w:t>Premios</w:t>
      </w:r>
      <w:r w:rsidR="00DC4120" w:rsidRPr="00C95E62">
        <w:rPr>
          <w:rFonts w:ascii="Verdana" w:hAnsi="Verdana"/>
          <w:color w:val="000000" w:themeColor="text1"/>
          <w:sz w:val="32"/>
          <w:szCs w:val="32"/>
          <w:lang w:val="es-CL"/>
        </w:rPr>
        <w:t>:</w:t>
      </w:r>
    </w:p>
    <w:p w14:paraId="76495B0A" w14:textId="77777777" w:rsidR="00C95E62" w:rsidRPr="00C95E62" w:rsidRDefault="00C95E62" w:rsidP="00C95E62"/>
    <w:p w14:paraId="4A605D65" w14:textId="06C497A7" w:rsidR="003173A3" w:rsidRPr="00C95E62" w:rsidRDefault="00C95E62" w:rsidP="00C95E62">
      <w:pPr>
        <w:spacing w:after="0"/>
        <w:jc w:val="both"/>
        <w:rPr>
          <w:rFonts w:ascii="Verdana" w:hAnsi="Verdana"/>
          <w:sz w:val="32"/>
          <w:szCs w:val="32"/>
          <w:lang w:val="es-CL"/>
        </w:rPr>
      </w:pPr>
      <w:r w:rsidRPr="00C95E62">
        <w:rPr>
          <w:rFonts w:ascii="Verdana" w:hAnsi="Verdana"/>
          <w:sz w:val="32"/>
          <w:szCs w:val="32"/>
          <w:lang w:val="es-CL"/>
        </w:rPr>
        <w:t>La premiación se realizara, durante las actividades del mes de Agosto, en el Aniversario 139 de la Comuna de Coihueco, los premios y r</w:t>
      </w:r>
      <w:r w:rsidR="000C636B" w:rsidRPr="00C95E62">
        <w:rPr>
          <w:rFonts w:ascii="Verdana" w:hAnsi="Verdana"/>
          <w:sz w:val="32"/>
          <w:szCs w:val="32"/>
          <w:lang w:val="es-CL"/>
        </w:rPr>
        <w:t>econocimientos en cada categoría</w:t>
      </w:r>
      <w:r w:rsidRPr="00C95E62">
        <w:rPr>
          <w:rFonts w:ascii="Verdana" w:hAnsi="Verdana"/>
          <w:sz w:val="32"/>
          <w:szCs w:val="32"/>
          <w:lang w:val="es-CL"/>
        </w:rPr>
        <w:t>, son los siguientes</w:t>
      </w:r>
      <w:r w:rsidR="000C636B" w:rsidRPr="00C95E62">
        <w:rPr>
          <w:rFonts w:ascii="Verdana" w:hAnsi="Verdana"/>
          <w:sz w:val="32"/>
          <w:szCs w:val="32"/>
          <w:lang w:val="es-CL"/>
        </w:rPr>
        <w:t>:</w:t>
      </w:r>
      <w:r w:rsidRPr="00C95E62">
        <w:rPr>
          <w:rFonts w:ascii="Verdana" w:hAnsi="Verdana"/>
          <w:sz w:val="32"/>
          <w:szCs w:val="32"/>
          <w:lang w:val="es-CL"/>
        </w:rPr>
        <w:t xml:space="preserve">  </w:t>
      </w:r>
      <w:r w:rsidR="000C636B" w:rsidRPr="00C95E62">
        <w:rPr>
          <w:rFonts w:ascii="Verdana" w:hAnsi="Verdana"/>
          <w:sz w:val="32"/>
          <w:szCs w:val="32"/>
          <w:lang w:val="es-CL"/>
        </w:rPr>
        <w:br/>
      </w:r>
    </w:p>
    <w:p w14:paraId="0C4E8E37" w14:textId="14BD2819" w:rsidR="003173A3" w:rsidRPr="00E81372" w:rsidRDefault="000C636B" w:rsidP="00D76C53">
      <w:pPr>
        <w:pStyle w:val="Prrafodelista"/>
        <w:numPr>
          <w:ilvl w:val="0"/>
          <w:numId w:val="26"/>
        </w:numPr>
        <w:spacing w:after="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1</w:t>
      </w:r>
      <w:r w:rsidR="004F2017" w:rsidRPr="00E81372">
        <w:rPr>
          <w:rFonts w:ascii="Verdana" w:hAnsi="Verdana"/>
          <w:sz w:val="32"/>
          <w:szCs w:val="32"/>
          <w:lang w:val="es-CL"/>
        </w:rPr>
        <w:t>° L</w:t>
      </w:r>
      <w:r w:rsidRPr="00E81372">
        <w:rPr>
          <w:rFonts w:ascii="Verdana" w:hAnsi="Verdana"/>
          <w:sz w:val="32"/>
          <w:szCs w:val="32"/>
          <w:lang w:val="es-CL"/>
        </w:rPr>
        <w:t>ugar</w:t>
      </w:r>
      <w:r w:rsidR="009D0236" w:rsidRPr="00E81372">
        <w:rPr>
          <w:rFonts w:ascii="Verdana" w:hAnsi="Verdana"/>
          <w:sz w:val="32"/>
          <w:szCs w:val="32"/>
          <w:lang w:val="es-CL"/>
        </w:rPr>
        <w:t xml:space="preserve"> por categoría</w:t>
      </w:r>
      <w:r w:rsidRPr="00E81372">
        <w:rPr>
          <w:rFonts w:ascii="Verdana" w:hAnsi="Verdana"/>
          <w:sz w:val="32"/>
          <w:szCs w:val="32"/>
          <w:lang w:val="es-CL"/>
        </w:rPr>
        <w:t xml:space="preserve">: </w:t>
      </w:r>
      <w:r w:rsidR="00AD224B" w:rsidRPr="00E81372">
        <w:rPr>
          <w:rFonts w:ascii="Verdana" w:hAnsi="Verdana"/>
          <w:sz w:val="32"/>
          <w:szCs w:val="32"/>
          <w:lang w:val="es-CL"/>
        </w:rPr>
        <w:t xml:space="preserve">1 </w:t>
      </w:r>
      <w:r w:rsidR="003E7A40" w:rsidRPr="00E81372">
        <w:rPr>
          <w:rFonts w:ascii="Verdana" w:hAnsi="Verdana"/>
          <w:sz w:val="32"/>
          <w:szCs w:val="32"/>
          <w:lang w:val="es-CL"/>
        </w:rPr>
        <w:t>Parlante Grande</w:t>
      </w:r>
    </w:p>
    <w:p w14:paraId="54F38053" w14:textId="578F8535" w:rsidR="00D76C53" w:rsidRPr="00E81372" w:rsidRDefault="000C636B" w:rsidP="00D76C53">
      <w:pPr>
        <w:pStyle w:val="Prrafodelista"/>
        <w:numPr>
          <w:ilvl w:val="0"/>
          <w:numId w:val="26"/>
        </w:numPr>
        <w:spacing w:after="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2</w:t>
      </w:r>
      <w:r w:rsidR="004F2017" w:rsidRPr="00E81372">
        <w:rPr>
          <w:rFonts w:ascii="Verdana" w:hAnsi="Verdana"/>
          <w:sz w:val="32"/>
          <w:szCs w:val="32"/>
          <w:lang w:val="es-CL"/>
        </w:rPr>
        <w:t>° L</w:t>
      </w:r>
      <w:r w:rsidRPr="00E81372">
        <w:rPr>
          <w:rFonts w:ascii="Verdana" w:hAnsi="Verdana"/>
          <w:sz w:val="32"/>
          <w:szCs w:val="32"/>
          <w:lang w:val="es-CL"/>
        </w:rPr>
        <w:t>ugar</w:t>
      </w:r>
      <w:r w:rsidR="00E52A99" w:rsidRPr="00E81372">
        <w:rPr>
          <w:rFonts w:ascii="Verdana" w:hAnsi="Verdana"/>
          <w:sz w:val="32"/>
          <w:szCs w:val="32"/>
          <w:lang w:val="es-CL"/>
        </w:rPr>
        <w:t xml:space="preserve"> por categoría: </w:t>
      </w:r>
      <w:r w:rsidR="00AB0560" w:rsidRPr="00E81372">
        <w:rPr>
          <w:rFonts w:ascii="Verdana" w:hAnsi="Verdana"/>
          <w:sz w:val="32"/>
          <w:szCs w:val="32"/>
          <w:lang w:val="es-CL"/>
        </w:rPr>
        <w:t>1</w:t>
      </w:r>
      <w:r w:rsidR="00E81372">
        <w:rPr>
          <w:rFonts w:ascii="Verdana" w:hAnsi="Verdana"/>
          <w:sz w:val="32"/>
          <w:szCs w:val="32"/>
          <w:lang w:val="es-CL"/>
        </w:rPr>
        <w:t xml:space="preserve"> </w:t>
      </w:r>
      <w:r w:rsidR="003E7A40" w:rsidRPr="00E81372">
        <w:rPr>
          <w:rFonts w:ascii="Verdana" w:hAnsi="Verdana"/>
          <w:sz w:val="32"/>
          <w:szCs w:val="32"/>
          <w:lang w:val="es-CL"/>
        </w:rPr>
        <w:t>Audífonos</w:t>
      </w:r>
    </w:p>
    <w:p w14:paraId="10FD93F7" w14:textId="4631196C" w:rsidR="003173A3" w:rsidRPr="00E81372" w:rsidRDefault="004F2017" w:rsidP="00D76C53">
      <w:pPr>
        <w:pStyle w:val="Prrafodelista"/>
        <w:numPr>
          <w:ilvl w:val="0"/>
          <w:numId w:val="26"/>
        </w:numPr>
        <w:spacing w:after="0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3° L</w:t>
      </w:r>
      <w:r w:rsidR="00E52A99" w:rsidRPr="00E81372">
        <w:rPr>
          <w:rFonts w:ascii="Verdana" w:hAnsi="Verdana"/>
          <w:sz w:val="32"/>
          <w:szCs w:val="32"/>
          <w:lang w:val="es-CL"/>
        </w:rPr>
        <w:t>ugar</w:t>
      </w:r>
      <w:r w:rsidR="00403F16" w:rsidRPr="00E81372">
        <w:rPr>
          <w:rFonts w:ascii="Verdana" w:hAnsi="Verdana"/>
          <w:sz w:val="32"/>
          <w:szCs w:val="32"/>
          <w:lang w:val="es-CL"/>
        </w:rPr>
        <w:t xml:space="preserve"> por categoría</w:t>
      </w:r>
      <w:r w:rsidR="00822427" w:rsidRPr="00E81372">
        <w:rPr>
          <w:rFonts w:ascii="Verdana" w:hAnsi="Verdana"/>
          <w:sz w:val="32"/>
          <w:szCs w:val="32"/>
          <w:lang w:val="es-CL"/>
        </w:rPr>
        <w:t xml:space="preserve">: </w:t>
      </w:r>
      <w:r w:rsidR="00DC271C" w:rsidRPr="00E81372">
        <w:rPr>
          <w:rFonts w:ascii="Verdana" w:hAnsi="Verdana"/>
          <w:sz w:val="32"/>
          <w:szCs w:val="32"/>
          <w:lang w:val="es-CL"/>
        </w:rPr>
        <w:t xml:space="preserve">1 </w:t>
      </w:r>
      <w:r w:rsidR="00DB0E03" w:rsidRPr="00E81372">
        <w:rPr>
          <w:rFonts w:ascii="Verdana" w:hAnsi="Verdana"/>
          <w:sz w:val="32"/>
          <w:szCs w:val="32"/>
          <w:lang w:val="es-CL"/>
        </w:rPr>
        <w:t>P</w:t>
      </w:r>
      <w:r w:rsidR="00DC271C" w:rsidRPr="00E81372">
        <w:rPr>
          <w:rFonts w:ascii="Verdana" w:hAnsi="Verdana"/>
          <w:sz w:val="32"/>
          <w:szCs w:val="32"/>
          <w:lang w:val="es-CL"/>
        </w:rPr>
        <w:t>arlante</w:t>
      </w:r>
      <w:r w:rsidR="003E7A40" w:rsidRPr="00E81372">
        <w:rPr>
          <w:rFonts w:ascii="Verdana" w:hAnsi="Verdana"/>
          <w:sz w:val="32"/>
          <w:szCs w:val="32"/>
          <w:lang w:val="es-CL"/>
        </w:rPr>
        <w:t xml:space="preserve"> Pequeño</w:t>
      </w:r>
    </w:p>
    <w:p w14:paraId="3EC4BBF7" w14:textId="77777777" w:rsidR="00D76C53" w:rsidRPr="00E81372" w:rsidRDefault="00D76C53" w:rsidP="00D76C53">
      <w:pPr>
        <w:spacing w:after="0"/>
        <w:rPr>
          <w:rFonts w:ascii="Verdana" w:hAnsi="Verdana"/>
          <w:sz w:val="32"/>
          <w:szCs w:val="32"/>
          <w:lang w:val="es-CL"/>
        </w:rPr>
      </w:pPr>
    </w:p>
    <w:p w14:paraId="220E765A" w14:textId="31994752" w:rsidR="00B5505A" w:rsidRPr="00E81372" w:rsidRDefault="000C636B" w:rsidP="00D76C53">
      <w:pPr>
        <w:pStyle w:val="Prrafodelista"/>
        <w:spacing w:after="0"/>
        <w:ind w:left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 xml:space="preserve">Las obras premiadas </w:t>
      </w:r>
      <w:r w:rsidR="001C7FA2" w:rsidRPr="00E81372">
        <w:rPr>
          <w:rFonts w:ascii="Verdana" w:hAnsi="Verdana"/>
          <w:sz w:val="32"/>
          <w:szCs w:val="32"/>
          <w:lang w:val="es-CL"/>
        </w:rPr>
        <w:t>serán</w:t>
      </w:r>
      <w:r w:rsidRPr="00E81372">
        <w:rPr>
          <w:rFonts w:ascii="Verdana" w:hAnsi="Verdana"/>
          <w:sz w:val="32"/>
          <w:szCs w:val="32"/>
          <w:lang w:val="es-CL"/>
        </w:rPr>
        <w:t xml:space="preserve"> parte de una exposición colectiva y material de difusión</w:t>
      </w:r>
      <w:r w:rsidR="0020223D" w:rsidRPr="00E81372">
        <w:rPr>
          <w:rFonts w:ascii="Verdana" w:hAnsi="Verdana"/>
          <w:sz w:val="32"/>
          <w:szCs w:val="32"/>
          <w:lang w:val="es-CL"/>
        </w:rPr>
        <w:t>, en el Hall del Centro Cultural Alfonso Lagos Villar</w:t>
      </w:r>
      <w:r w:rsidR="00C95E62">
        <w:rPr>
          <w:rFonts w:ascii="Verdana" w:hAnsi="Verdana"/>
          <w:sz w:val="32"/>
          <w:szCs w:val="32"/>
          <w:lang w:val="es-CL"/>
        </w:rPr>
        <w:t>, en el Mes de Agosto Aniversario de la Comuna de Coihueco</w:t>
      </w:r>
      <w:r w:rsidR="003173A3" w:rsidRPr="00E81372">
        <w:rPr>
          <w:rFonts w:ascii="Verdana" w:hAnsi="Verdana"/>
          <w:sz w:val="32"/>
          <w:szCs w:val="32"/>
          <w:lang w:val="es-CL"/>
        </w:rPr>
        <w:t>.</w:t>
      </w:r>
    </w:p>
    <w:p w14:paraId="046A7251" w14:textId="77777777" w:rsidR="00D76C53" w:rsidRPr="00E81372" w:rsidRDefault="00D76C53" w:rsidP="00D76C53">
      <w:pPr>
        <w:pStyle w:val="Prrafodelista"/>
        <w:spacing w:after="0"/>
        <w:ind w:left="0"/>
        <w:jc w:val="both"/>
        <w:rPr>
          <w:rFonts w:ascii="Verdana" w:hAnsi="Verdana"/>
          <w:sz w:val="32"/>
          <w:szCs w:val="32"/>
          <w:lang w:val="es-CL"/>
        </w:rPr>
      </w:pPr>
    </w:p>
    <w:p w14:paraId="252C73AF" w14:textId="260FB3BC" w:rsidR="00D76C53" w:rsidRPr="00E81372" w:rsidRDefault="000C636B" w:rsidP="00D76C53">
      <w:pPr>
        <w:pStyle w:val="Ttulo2"/>
        <w:spacing w:before="120"/>
        <w:rPr>
          <w:rFonts w:ascii="Verdana" w:hAnsi="Verdana"/>
          <w:color w:val="000000" w:themeColor="text1"/>
          <w:sz w:val="32"/>
          <w:szCs w:val="32"/>
          <w:lang w:val="es-CL"/>
        </w:rPr>
      </w:pPr>
      <w:r w:rsidRPr="00E81372">
        <w:rPr>
          <w:rFonts w:ascii="Verdana" w:hAnsi="Verdana"/>
          <w:color w:val="000000" w:themeColor="text1"/>
          <w:sz w:val="32"/>
          <w:szCs w:val="32"/>
          <w:lang w:val="es-CL"/>
        </w:rPr>
        <w:t xml:space="preserve">8. Derechos de </w:t>
      </w:r>
      <w:r w:rsidR="001F7D7A" w:rsidRPr="00E81372">
        <w:rPr>
          <w:rFonts w:ascii="Verdana" w:hAnsi="Verdana"/>
          <w:color w:val="000000" w:themeColor="text1"/>
          <w:sz w:val="32"/>
          <w:szCs w:val="32"/>
          <w:lang w:val="es-CL"/>
        </w:rPr>
        <w:t>U</w:t>
      </w:r>
      <w:r w:rsidRPr="00E81372">
        <w:rPr>
          <w:rFonts w:ascii="Verdana" w:hAnsi="Verdana"/>
          <w:color w:val="000000" w:themeColor="text1"/>
          <w:sz w:val="32"/>
          <w:szCs w:val="32"/>
          <w:lang w:val="es-CL"/>
        </w:rPr>
        <w:t>so</w:t>
      </w:r>
      <w:r w:rsidR="001F7D7A" w:rsidRPr="00E81372">
        <w:rPr>
          <w:rFonts w:ascii="Verdana" w:hAnsi="Verdana"/>
          <w:color w:val="000000" w:themeColor="text1"/>
          <w:sz w:val="32"/>
          <w:szCs w:val="32"/>
          <w:lang w:val="es-CL"/>
        </w:rPr>
        <w:t>:</w:t>
      </w:r>
    </w:p>
    <w:p w14:paraId="4FE9A936" w14:textId="6051EF73" w:rsidR="00B5505A" w:rsidRDefault="000C636B" w:rsidP="001F7D7A">
      <w:pPr>
        <w:spacing w:before="120" w:after="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  <w:lang w:val="es-CL"/>
        </w:rPr>
        <w:t>La participación implica la aceptación que la organización podrá reproducir y difundir las obras</w:t>
      </w:r>
      <w:r w:rsidR="00BE6A4A" w:rsidRPr="00E81372">
        <w:rPr>
          <w:rFonts w:ascii="Verdana" w:hAnsi="Verdana"/>
          <w:sz w:val="32"/>
          <w:szCs w:val="32"/>
          <w:lang w:val="es-CL"/>
        </w:rPr>
        <w:t xml:space="preserve"> ganadoras</w:t>
      </w:r>
      <w:r w:rsidRPr="00E81372">
        <w:rPr>
          <w:rFonts w:ascii="Verdana" w:hAnsi="Verdana"/>
          <w:sz w:val="32"/>
          <w:szCs w:val="32"/>
          <w:lang w:val="es-CL"/>
        </w:rPr>
        <w:t>, con fines culturales, educativos y de promoción del evento</w:t>
      </w:r>
      <w:r w:rsidR="00D76C53" w:rsidRPr="00E81372">
        <w:rPr>
          <w:rFonts w:ascii="Verdana" w:hAnsi="Verdana"/>
          <w:sz w:val="32"/>
          <w:szCs w:val="32"/>
          <w:lang w:val="es-CL"/>
        </w:rPr>
        <w:t>,</w:t>
      </w:r>
      <w:r w:rsidRPr="00E81372">
        <w:rPr>
          <w:rFonts w:ascii="Verdana" w:hAnsi="Verdana"/>
          <w:sz w:val="32"/>
          <w:szCs w:val="32"/>
          <w:lang w:val="es-CL"/>
        </w:rPr>
        <w:t xml:space="preserve"> siempre respetando la </w:t>
      </w:r>
      <w:r w:rsidR="00845C32" w:rsidRPr="00E81372">
        <w:rPr>
          <w:rFonts w:ascii="Verdana" w:hAnsi="Verdana"/>
          <w:sz w:val="32"/>
          <w:szCs w:val="32"/>
          <w:lang w:val="es-CL"/>
        </w:rPr>
        <w:t>autoría</w:t>
      </w:r>
      <w:r w:rsidR="00D76C53" w:rsidRPr="00E81372">
        <w:rPr>
          <w:rFonts w:ascii="Verdana" w:hAnsi="Verdana"/>
          <w:sz w:val="32"/>
          <w:szCs w:val="32"/>
          <w:lang w:val="es-CL"/>
        </w:rPr>
        <w:t>, como así también</w:t>
      </w:r>
      <w:r w:rsidR="00DC4120" w:rsidRPr="00E81372">
        <w:rPr>
          <w:rFonts w:ascii="Verdana" w:hAnsi="Verdana"/>
          <w:sz w:val="32"/>
          <w:szCs w:val="32"/>
          <w:lang w:val="es-CL"/>
        </w:rPr>
        <w:t xml:space="preserve"> implica</w:t>
      </w:r>
      <w:r w:rsidR="00D76C53" w:rsidRPr="00E81372">
        <w:rPr>
          <w:rFonts w:ascii="Verdana" w:hAnsi="Verdana"/>
          <w:sz w:val="32"/>
          <w:szCs w:val="32"/>
          <w:lang w:val="es-CL"/>
        </w:rPr>
        <w:t xml:space="preserve"> la </w:t>
      </w:r>
      <w:r w:rsidR="00AB0560" w:rsidRPr="00E81372">
        <w:rPr>
          <w:rFonts w:ascii="Verdana" w:hAnsi="Verdana"/>
          <w:sz w:val="32"/>
          <w:szCs w:val="32"/>
          <w:lang w:val="es-CL"/>
        </w:rPr>
        <w:t>aceptación que</w:t>
      </w:r>
      <w:r w:rsidR="00683216" w:rsidRPr="00E81372">
        <w:rPr>
          <w:rFonts w:ascii="Verdana" w:hAnsi="Verdana"/>
          <w:sz w:val="32"/>
          <w:szCs w:val="32"/>
          <w:lang w:val="es-CL"/>
        </w:rPr>
        <w:t xml:space="preserve"> </w:t>
      </w:r>
      <w:r w:rsidR="00D76C53" w:rsidRPr="00E81372">
        <w:rPr>
          <w:rFonts w:ascii="Verdana" w:hAnsi="Verdana"/>
          <w:sz w:val="32"/>
          <w:szCs w:val="32"/>
          <w:lang w:val="es-CL"/>
        </w:rPr>
        <w:t xml:space="preserve">las </w:t>
      </w:r>
      <w:r w:rsidR="00683216" w:rsidRPr="00E81372">
        <w:rPr>
          <w:rFonts w:ascii="Verdana" w:hAnsi="Verdana"/>
          <w:sz w:val="32"/>
          <w:szCs w:val="32"/>
          <w:lang w:val="es-CL"/>
        </w:rPr>
        <w:t xml:space="preserve">obras ganadoras pasarán a formar parte del patrimonio de la </w:t>
      </w:r>
      <w:r w:rsidR="0020223D" w:rsidRPr="00E81372">
        <w:rPr>
          <w:rFonts w:ascii="Verdana" w:hAnsi="Verdana"/>
          <w:sz w:val="32"/>
          <w:szCs w:val="32"/>
          <w:lang w:val="es-CL"/>
        </w:rPr>
        <w:t>Sección de Cultura y Turismo Municipal</w:t>
      </w:r>
      <w:r w:rsidR="00D76C53" w:rsidRPr="00E81372">
        <w:rPr>
          <w:rFonts w:ascii="Verdana" w:hAnsi="Verdana"/>
          <w:sz w:val="32"/>
          <w:szCs w:val="32"/>
          <w:lang w:val="es-CL"/>
        </w:rPr>
        <w:t>.</w:t>
      </w:r>
    </w:p>
    <w:p w14:paraId="425C06BD" w14:textId="77777777" w:rsidR="00C95E62" w:rsidRPr="00E81372" w:rsidRDefault="00C95E62" w:rsidP="001F7D7A">
      <w:pPr>
        <w:spacing w:before="120" w:after="0"/>
        <w:jc w:val="both"/>
        <w:rPr>
          <w:rFonts w:ascii="Verdana" w:hAnsi="Verdana"/>
          <w:sz w:val="32"/>
          <w:szCs w:val="32"/>
          <w:lang w:val="es-CL"/>
        </w:rPr>
      </w:pPr>
    </w:p>
    <w:p w14:paraId="61B143BF" w14:textId="77777777" w:rsidR="001F7D7A" w:rsidRPr="00E81372" w:rsidRDefault="001F7D7A" w:rsidP="001F7D7A">
      <w:pPr>
        <w:spacing w:before="120" w:after="120"/>
        <w:jc w:val="both"/>
        <w:rPr>
          <w:rFonts w:ascii="Verdana" w:hAnsi="Verdana"/>
          <w:color w:val="000000" w:themeColor="text1"/>
          <w:sz w:val="32"/>
          <w:szCs w:val="32"/>
          <w:lang w:val="es-CL"/>
        </w:rPr>
      </w:pPr>
    </w:p>
    <w:p w14:paraId="520D4D64" w14:textId="58E23498" w:rsidR="00B5505A" w:rsidRPr="00E81372" w:rsidRDefault="000C636B" w:rsidP="001F7D7A">
      <w:pPr>
        <w:pStyle w:val="Ttulo2"/>
        <w:spacing w:before="120" w:after="120"/>
        <w:rPr>
          <w:rFonts w:ascii="Verdana" w:hAnsi="Verdana"/>
          <w:color w:val="000000" w:themeColor="text1"/>
          <w:sz w:val="32"/>
          <w:szCs w:val="32"/>
        </w:rPr>
      </w:pPr>
      <w:r w:rsidRPr="00E81372">
        <w:rPr>
          <w:rFonts w:ascii="Verdana" w:hAnsi="Verdana"/>
          <w:color w:val="000000" w:themeColor="text1"/>
          <w:sz w:val="32"/>
          <w:szCs w:val="32"/>
        </w:rPr>
        <w:t xml:space="preserve">9. Consideraciones </w:t>
      </w:r>
      <w:r w:rsidR="00DC4120" w:rsidRPr="00E81372">
        <w:rPr>
          <w:rFonts w:ascii="Verdana" w:hAnsi="Verdana"/>
          <w:color w:val="000000" w:themeColor="text1"/>
          <w:sz w:val="32"/>
          <w:szCs w:val="32"/>
        </w:rPr>
        <w:t>Generales:</w:t>
      </w:r>
    </w:p>
    <w:p w14:paraId="54E089C6" w14:textId="3B23F580" w:rsidR="001F7D7A" w:rsidRPr="00E81372" w:rsidRDefault="001F7D7A" w:rsidP="0020223D">
      <w:pPr>
        <w:spacing w:before="120" w:after="120"/>
        <w:jc w:val="both"/>
        <w:rPr>
          <w:rFonts w:ascii="Verdana" w:hAnsi="Verdana"/>
          <w:sz w:val="32"/>
          <w:szCs w:val="32"/>
        </w:rPr>
      </w:pPr>
    </w:p>
    <w:p w14:paraId="635EC7D3" w14:textId="121EF13D" w:rsidR="00B5505A" w:rsidRPr="00C95E62" w:rsidRDefault="000C636B" w:rsidP="001F7D7A">
      <w:pPr>
        <w:pStyle w:val="Prrafodelista"/>
        <w:numPr>
          <w:ilvl w:val="0"/>
          <w:numId w:val="27"/>
        </w:numPr>
        <w:spacing w:before="120"/>
        <w:jc w:val="both"/>
        <w:rPr>
          <w:rFonts w:ascii="Verdana" w:hAnsi="Verdana"/>
          <w:sz w:val="32"/>
          <w:szCs w:val="32"/>
          <w:lang w:val="es-CL"/>
        </w:rPr>
      </w:pPr>
      <w:r w:rsidRPr="00E81372">
        <w:rPr>
          <w:rFonts w:ascii="Verdana" w:hAnsi="Verdana"/>
          <w:sz w:val="32"/>
          <w:szCs w:val="32"/>
        </w:rPr>
        <w:t xml:space="preserve">Cualquier situación no prevista en estas bases será </w:t>
      </w:r>
      <w:r w:rsidRPr="00C95E62">
        <w:rPr>
          <w:rFonts w:ascii="Verdana" w:hAnsi="Verdana"/>
          <w:sz w:val="32"/>
          <w:szCs w:val="32"/>
          <w:lang w:val="es-CL"/>
        </w:rPr>
        <w:t>resuelta por la organización.</w:t>
      </w:r>
    </w:p>
    <w:p w14:paraId="48195CEB" w14:textId="7F67FC40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534528D9" w14:textId="1F3CE194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7DA6AEF2" w14:textId="7E92855A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5612CF3F" w14:textId="2AA57FFA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2A2B565D" w14:textId="5B9CFEA2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30E16651" w14:textId="521F069E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0B4DC966" w14:textId="4233F40B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5E26275B" w14:textId="78C0B455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13D31EC3" w14:textId="254FD850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032A34C1" w14:textId="053692BA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19A7AF69" w14:textId="5100FE57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2E2A2AD5" w14:textId="22B9F9A8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53AB786C" w14:textId="7437B1A1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17A66AFF" w14:textId="666375B4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10A755A8" w14:textId="7E8DCAA5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20A41A1F" w14:textId="528AEC9B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36A3CBE1" w14:textId="44D13AD9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29CB74F2" w14:textId="7D5220C8" w:rsid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</w:rPr>
      </w:pPr>
    </w:p>
    <w:p w14:paraId="29DB46E4" w14:textId="77777777" w:rsidR="00C95E62" w:rsidRDefault="00C95E62" w:rsidP="00C95E62">
      <w:pPr>
        <w:pStyle w:val="Ttulo1"/>
        <w:jc w:val="center"/>
        <w:rPr>
          <w:color w:val="000000" w:themeColor="text1"/>
        </w:rPr>
      </w:pPr>
      <w:r w:rsidRPr="00234524">
        <w:rPr>
          <w:noProof/>
          <w:color w:val="000000" w:themeColor="text1"/>
          <w:lang w:val="es-ES" w:eastAsia="es-ES"/>
        </w:rPr>
        <w:lastRenderedPageBreak/>
        <w:drawing>
          <wp:inline distT="0" distB="0" distL="0" distR="0" wp14:anchorId="114081FD" wp14:editId="72C7754A">
            <wp:extent cx="1127985" cy="1176351"/>
            <wp:effectExtent l="0" t="0" r="0" b="0"/>
            <wp:docPr id="2" name="Imagen 2" descr="C:\Users\JuanBurgos\OneDrive - ILUSTRE MUNICIPALIDAD DE COIHUECO\Escritorio\logo coihueco blanc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anBurgos\OneDrive - ILUSTRE MUNICIPALIDAD DE COIHUECO\Escritorio\logo coihueco blanc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466" cy="1201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B6C99" w14:textId="77777777" w:rsidR="00C95E62" w:rsidRPr="0097201C" w:rsidRDefault="00C95E62" w:rsidP="00C95E62">
      <w:pPr>
        <w:pStyle w:val="Ttulo1"/>
        <w:jc w:val="center"/>
        <w:rPr>
          <w:rFonts w:ascii="Verdana" w:hAnsi="Verdana"/>
          <w:color w:val="000000" w:themeColor="text1"/>
          <w:sz w:val="24"/>
          <w:szCs w:val="24"/>
        </w:rPr>
      </w:pPr>
      <w:r w:rsidRPr="0097201C">
        <w:rPr>
          <w:rFonts w:ascii="Verdana" w:hAnsi="Verdana"/>
          <w:color w:val="000000" w:themeColor="text1"/>
          <w:sz w:val="24"/>
          <w:szCs w:val="24"/>
        </w:rPr>
        <w:t>FORMULARIO DE INSCRIPCIÓN</w:t>
      </w:r>
    </w:p>
    <w:p w14:paraId="6EC20644" w14:textId="77777777" w:rsidR="00C95E62" w:rsidRPr="0097201C" w:rsidRDefault="00C95E62" w:rsidP="00C95E62">
      <w:pPr>
        <w:spacing w:after="0"/>
        <w:jc w:val="center"/>
        <w:rPr>
          <w:rFonts w:ascii="Verdana" w:hAnsi="Verdana"/>
          <w:b/>
          <w:sz w:val="24"/>
          <w:szCs w:val="24"/>
        </w:rPr>
      </w:pPr>
      <w:r w:rsidRPr="0097201C">
        <w:rPr>
          <w:rFonts w:ascii="Verdana" w:hAnsi="Verdana"/>
          <w:b/>
          <w:sz w:val="24"/>
          <w:szCs w:val="24"/>
        </w:rPr>
        <w:t xml:space="preserve">CONCURSO DE PINTURA </w:t>
      </w:r>
    </w:p>
    <w:p w14:paraId="247752FE" w14:textId="0A47D2A0" w:rsidR="00C95E62" w:rsidRPr="0097201C" w:rsidRDefault="00C95E62" w:rsidP="00C95E62">
      <w:pPr>
        <w:spacing w:after="0"/>
        <w:jc w:val="center"/>
        <w:rPr>
          <w:rFonts w:ascii="Verdana" w:hAnsi="Verdana"/>
          <w:b/>
          <w:sz w:val="24"/>
          <w:szCs w:val="24"/>
        </w:rPr>
      </w:pPr>
      <w:r w:rsidRPr="0097201C">
        <w:rPr>
          <w:rFonts w:ascii="Verdana" w:hAnsi="Verdana"/>
          <w:b/>
          <w:sz w:val="24"/>
          <w:szCs w:val="24"/>
        </w:rPr>
        <w:t>COIHUECO Y SU HISTORIA</w:t>
      </w:r>
      <w:r w:rsidR="00BB7814">
        <w:rPr>
          <w:rFonts w:ascii="Verdana" w:hAnsi="Verdana"/>
          <w:b/>
          <w:sz w:val="24"/>
          <w:szCs w:val="24"/>
        </w:rPr>
        <w:t xml:space="preserve"> 2026</w:t>
      </w:r>
      <w:bookmarkStart w:id="0" w:name="_GoBack"/>
      <w:bookmarkEnd w:id="0"/>
    </w:p>
    <w:p w14:paraId="10B7B085" w14:textId="77777777" w:rsidR="00C95E62" w:rsidRPr="0097201C" w:rsidRDefault="00C95E62" w:rsidP="00C95E62">
      <w:pPr>
        <w:rPr>
          <w:rFonts w:ascii="Verdana" w:hAnsi="Verdana"/>
        </w:rPr>
      </w:pPr>
      <w:r>
        <w:br/>
      </w:r>
      <w:r w:rsidRPr="0097201C">
        <w:rPr>
          <w:rFonts w:ascii="Verdana" w:hAnsi="Verdana"/>
        </w:rPr>
        <w:t>DATOS DEL/LA PARTICIPANTE</w:t>
      </w:r>
    </w:p>
    <w:p w14:paraId="71FB9469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Nombre completo: ___________________________________________</w:t>
      </w:r>
    </w:p>
    <w:p w14:paraId="5B7985E4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RUT: __________________________</w:t>
      </w:r>
    </w:p>
    <w:p w14:paraId="60125E82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Fecha de nacimiento: ____ / ____ / _______</w:t>
      </w:r>
    </w:p>
    <w:p w14:paraId="3BC08388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Edad: ______ años</w:t>
      </w:r>
    </w:p>
    <w:p w14:paraId="6382DE3B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Dirección: ____________________________________________________</w:t>
      </w:r>
    </w:p>
    <w:p w14:paraId="2E9477DE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Comuna: ______________________</w:t>
      </w:r>
    </w:p>
    <w:p w14:paraId="10C751D9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Teléfono de contacto: __________________________</w:t>
      </w:r>
    </w:p>
    <w:p w14:paraId="499BAF46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Correo electrónico: ___________________________________________</w:t>
      </w:r>
    </w:p>
    <w:p w14:paraId="749FE82B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br/>
        <w:t>CATEGORÍA (marcar con una X):</w:t>
      </w:r>
    </w:p>
    <w:p w14:paraId="359AAE5C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Segoe UI Symbol" w:hAnsi="Segoe UI Symbol" w:cs="Segoe UI Symbol"/>
          <w:lang w:val="es-CL"/>
        </w:rPr>
        <w:t>☐</w:t>
      </w:r>
      <w:r w:rsidRPr="00C95E62">
        <w:rPr>
          <w:rFonts w:ascii="Verdana" w:hAnsi="Verdana"/>
          <w:lang w:val="es-CL"/>
        </w:rPr>
        <w:t xml:space="preserve"> Infantil (6 a 9 años)</w:t>
      </w:r>
    </w:p>
    <w:p w14:paraId="0A1FD944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Segoe UI Symbol" w:hAnsi="Segoe UI Symbol" w:cs="Segoe UI Symbol"/>
          <w:lang w:val="es-CL"/>
        </w:rPr>
        <w:t>☐</w:t>
      </w:r>
      <w:r w:rsidRPr="00C95E62">
        <w:rPr>
          <w:rFonts w:ascii="Verdana" w:hAnsi="Verdana"/>
          <w:lang w:val="es-CL"/>
        </w:rPr>
        <w:t xml:space="preserve"> Juvenil (10 a 13 años)</w:t>
      </w:r>
    </w:p>
    <w:p w14:paraId="02DEB104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Segoe UI Symbol" w:hAnsi="Segoe UI Symbol" w:cs="Segoe UI Symbol"/>
          <w:lang w:val="es-CL"/>
        </w:rPr>
        <w:t>☐</w:t>
      </w:r>
      <w:r w:rsidRPr="00C95E62">
        <w:rPr>
          <w:rFonts w:ascii="Verdana" w:hAnsi="Verdana"/>
          <w:lang w:val="es-CL"/>
        </w:rPr>
        <w:t xml:space="preserve"> Adulto (14 a 17 años)</w:t>
      </w:r>
    </w:p>
    <w:p w14:paraId="3439997B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br/>
        <w:t>DATOS DEL APODERADO (si el/la participante es menor de edad)</w:t>
      </w:r>
    </w:p>
    <w:p w14:paraId="20C1D1EA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Nombre completo del apoderado/a: ___________________________________</w:t>
      </w:r>
    </w:p>
    <w:p w14:paraId="469EBA66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RUT: _______________________________</w:t>
      </w:r>
    </w:p>
    <w:p w14:paraId="5261C454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Teléfono de contacto: _________________</w:t>
      </w:r>
    </w:p>
    <w:p w14:paraId="0BB5AC3A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Correo Electrónico: ___________________</w:t>
      </w:r>
    </w:p>
    <w:p w14:paraId="539CDB26" w14:textId="77777777" w:rsidR="00C95E62" w:rsidRPr="00C95E62" w:rsidRDefault="00C95E62" w:rsidP="00C95E62">
      <w:pPr>
        <w:rPr>
          <w:rFonts w:ascii="Verdana" w:hAnsi="Verdana"/>
          <w:lang w:val="es-CL"/>
        </w:rPr>
      </w:pPr>
    </w:p>
    <w:p w14:paraId="439035D8" w14:textId="68EB826E" w:rsidR="00C95E62" w:rsidRDefault="00C95E62" w:rsidP="00C95E62">
      <w:pPr>
        <w:rPr>
          <w:rFonts w:ascii="Verdana" w:hAnsi="Verdana"/>
          <w:lang w:val="es-CL"/>
        </w:rPr>
      </w:pPr>
    </w:p>
    <w:p w14:paraId="2DF79B31" w14:textId="77777777" w:rsidR="00C95E62" w:rsidRPr="00C95E62" w:rsidRDefault="00C95E62" w:rsidP="00C95E62">
      <w:pPr>
        <w:rPr>
          <w:rFonts w:ascii="Verdana" w:hAnsi="Verdana"/>
          <w:lang w:val="es-CL"/>
        </w:rPr>
      </w:pPr>
    </w:p>
    <w:p w14:paraId="0E6E6EAC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br/>
        <w:t>AUTORIZACIÓN DE USO DE IMAGEN Y OBRA</w:t>
      </w:r>
    </w:p>
    <w:p w14:paraId="3D986FBC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Declaro autorizar a la Ilustre Municipalidad de Coihueco, para utilizar fotografías y/o registros audiovisuales tomados durante el concurso, así como imágenes de la obra realizada, con fines de difusión cultural y sin fines de lucro.</w:t>
      </w:r>
    </w:p>
    <w:p w14:paraId="1C03626E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Segoe UI Symbol" w:hAnsi="Segoe UI Symbol" w:cs="Segoe UI Symbol"/>
          <w:lang w:val="es-CL"/>
        </w:rPr>
        <w:t>☐</w:t>
      </w:r>
      <w:r w:rsidRPr="00C95E62">
        <w:rPr>
          <w:rFonts w:ascii="Verdana" w:hAnsi="Verdana"/>
          <w:lang w:val="es-CL"/>
        </w:rPr>
        <w:t xml:space="preserve"> Sí, autorizo.</w:t>
      </w:r>
    </w:p>
    <w:p w14:paraId="48E3D55A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Segoe UI Symbol" w:hAnsi="Segoe UI Symbol" w:cs="Segoe UI Symbol"/>
          <w:lang w:val="es-CL"/>
        </w:rPr>
        <w:t>☐</w:t>
      </w:r>
      <w:r w:rsidRPr="00C95E62">
        <w:rPr>
          <w:rFonts w:ascii="Verdana" w:hAnsi="Verdana"/>
          <w:lang w:val="es-CL"/>
        </w:rPr>
        <w:t xml:space="preserve"> No autorizo.</w:t>
      </w:r>
    </w:p>
    <w:p w14:paraId="677CAACB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br/>
        <w:t>FIRMA DEL/LA PARTICIPANTE: __________________________</w:t>
      </w:r>
    </w:p>
    <w:p w14:paraId="34B12A6E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FIRMA DEL APODERADO/A (si corresponde): __________________________</w:t>
      </w:r>
    </w:p>
    <w:p w14:paraId="0BB57B08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Fecha: ____ / ____ / _______</w:t>
      </w:r>
    </w:p>
    <w:p w14:paraId="4C3D96CE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br/>
        <w:t>IMPORTANTE:</w:t>
      </w:r>
    </w:p>
    <w:p w14:paraId="71CF3FD0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- La participación en el concurso implica la aceptación total de las bases.</w:t>
      </w:r>
    </w:p>
    <w:p w14:paraId="36D00CBE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- El concurso se realizará desde el día 1° de junio al 30 de julio de 2026.</w:t>
      </w:r>
    </w:p>
    <w:p w14:paraId="6685AA5D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- Esta Ficha de Inscripción, debera hacerla llegar, junto a la pintura, en Sobre Cerrado, ficha de Inscripción, pegada en el frente del sobre.</w:t>
      </w:r>
    </w:p>
    <w:p w14:paraId="30E5ADB8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>- La entrega y cierre será el día viernes, 31 de julio desde las 08:30 a las 12:00 horas.</w:t>
      </w:r>
    </w:p>
    <w:p w14:paraId="76462FF3" w14:textId="77777777" w:rsidR="00C95E62" w:rsidRPr="00C95E62" w:rsidRDefault="00C95E62" w:rsidP="00C95E62">
      <w:pPr>
        <w:rPr>
          <w:rFonts w:ascii="Verdana" w:hAnsi="Verdana"/>
          <w:lang w:val="es-CL"/>
        </w:rPr>
      </w:pPr>
      <w:r w:rsidRPr="00C95E62">
        <w:rPr>
          <w:rFonts w:ascii="Verdana" w:hAnsi="Verdana"/>
          <w:lang w:val="es-CL"/>
        </w:rPr>
        <w:t xml:space="preserve">- Cualquier duda o consulta al Correo Electrónico </w:t>
      </w:r>
      <w:hyperlink r:id="rId7" w:history="1">
        <w:r w:rsidRPr="00C95E62">
          <w:rPr>
            <w:rStyle w:val="Hipervnculo"/>
            <w:rFonts w:ascii="Verdana" w:hAnsi="Verdana"/>
            <w:lang w:val="es-CL"/>
          </w:rPr>
          <w:t>jburgos@municoihueco.cl</w:t>
        </w:r>
      </w:hyperlink>
      <w:r w:rsidRPr="00C95E62">
        <w:rPr>
          <w:rFonts w:ascii="Verdana" w:hAnsi="Verdana"/>
          <w:lang w:val="es-CL"/>
        </w:rPr>
        <w:t xml:space="preserve"> o personalmente en la Oficina de Cultura y Turismo, ubicada en el Centro de la Plaza de Coihueco.</w:t>
      </w:r>
    </w:p>
    <w:p w14:paraId="7DAA81BF" w14:textId="77777777" w:rsidR="00C95E62" w:rsidRPr="00C95E62" w:rsidRDefault="00C95E62" w:rsidP="00C95E62">
      <w:pPr>
        <w:rPr>
          <w:rFonts w:ascii="Verdana" w:hAnsi="Verdana"/>
          <w:lang w:val="es-CL"/>
        </w:rPr>
      </w:pPr>
    </w:p>
    <w:p w14:paraId="13D03241" w14:textId="3524AEDF" w:rsidR="00C95E62" w:rsidRP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  <w:lang w:val="es-CL"/>
        </w:rPr>
      </w:pPr>
    </w:p>
    <w:p w14:paraId="5B5570E2" w14:textId="77D88010" w:rsidR="00C95E62" w:rsidRP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  <w:lang w:val="es-CL"/>
        </w:rPr>
      </w:pPr>
    </w:p>
    <w:p w14:paraId="47B5F094" w14:textId="77777777" w:rsidR="00C95E62" w:rsidRPr="00C95E62" w:rsidRDefault="00C95E62" w:rsidP="00C95E62">
      <w:pPr>
        <w:spacing w:before="120"/>
        <w:jc w:val="both"/>
        <w:rPr>
          <w:rFonts w:ascii="Verdana" w:hAnsi="Verdana"/>
          <w:sz w:val="32"/>
          <w:szCs w:val="32"/>
          <w:lang w:val="es-CL"/>
        </w:rPr>
      </w:pPr>
    </w:p>
    <w:sectPr w:rsidR="00C95E62" w:rsidRPr="00C95E62" w:rsidSect="00297457">
      <w:pgSz w:w="11906" w:h="16838" w:code="9"/>
      <w:pgMar w:top="284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3210AF"/>
    <w:multiLevelType w:val="hybridMultilevel"/>
    <w:tmpl w:val="C0921DE6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B977BD"/>
    <w:multiLevelType w:val="hybridMultilevel"/>
    <w:tmpl w:val="C8E468D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AB6020"/>
    <w:multiLevelType w:val="hybridMultilevel"/>
    <w:tmpl w:val="B758307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651B2"/>
    <w:multiLevelType w:val="hybridMultilevel"/>
    <w:tmpl w:val="52A25FE6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DF37E8"/>
    <w:multiLevelType w:val="hybridMultilevel"/>
    <w:tmpl w:val="EBCEF028"/>
    <w:lvl w:ilvl="0" w:tplc="3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14C1537"/>
    <w:multiLevelType w:val="hybridMultilevel"/>
    <w:tmpl w:val="4C1C1EE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1C4E6C"/>
    <w:multiLevelType w:val="hybridMultilevel"/>
    <w:tmpl w:val="D1C2805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54487E"/>
    <w:multiLevelType w:val="hybridMultilevel"/>
    <w:tmpl w:val="79E47B66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0634CF"/>
    <w:multiLevelType w:val="hybridMultilevel"/>
    <w:tmpl w:val="9084C232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2478D"/>
    <w:multiLevelType w:val="hybridMultilevel"/>
    <w:tmpl w:val="6354F0C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313261"/>
    <w:multiLevelType w:val="hybridMultilevel"/>
    <w:tmpl w:val="FD20739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E6EEF"/>
    <w:multiLevelType w:val="hybridMultilevel"/>
    <w:tmpl w:val="35CADD24"/>
    <w:lvl w:ilvl="0" w:tplc="34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953B7"/>
    <w:multiLevelType w:val="hybridMultilevel"/>
    <w:tmpl w:val="95AA169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57F52"/>
    <w:multiLevelType w:val="hybridMultilevel"/>
    <w:tmpl w:val="043854B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F73D0"/>
    <w:multiLevelType w:val="hybridMultilevel"/>
    <w:tmpl w:val="0C707CEC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97019D"/>
    <w:multiLevelType w:val="hybridMultilevel"/>
    <w:tmpl w:val="1294338A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DA1EBE"/>
    <w:multiLevelType w:val="hybridMultilevel"/>
    <w:tmpl w:val="4AE83358"/>
    <w:lvl w:ilvl="0" w:tplc="3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97965CC"/>
    <w:multiLevelType w:val="hybridMultilevel"/>
    <w:tmpl w:val="5DA603A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7"/>
  </w:num>
  <w:num w:numId="11">
    <w:abstractNumId w:val="22"/>
  </w:num>
  <w:num w:numId="12">
    <w:abstractNumId w:val="23"/>
  </w:num>
  <w:num w:numId="13">
    <w:abstractNumId w:val="9"/>
  </w:num>
  <w:num w:numId="14">
    <w:abstractNumId w:val="19"/>
  </w:num>
  <w:num w:numId="15">
    <w:abstractNumId w:val="12"/>
  </w:num>
  <w:num w:numId="16">
    <w:abstractNumId w:val="11"/>
  </w:num>
  <w:num w:numId="17">
    <w:abstractNumId w:val="15"/>
  </w:num>
  <w:num w:numId="18">
    <w:abstractNumId w:val="18"/>
  </w:num>
  <w:num w:numId="19">
    <w:abstractNumId w:val="26"/>
  </w:num>
  <w:num w:numId="20">
    <w:abstractNumId w:val="13"/>
  </w:num>
  <w:num w:numId="21">
    <w:abstractNumId w:val="10"/>
  </w:num>
  <w:num w:numId="22">
    <w:abstractNumId w:val="14"/>
  </w:num>
  <w:num w:numId="23">
    <w:abstractNumId w:val="20"/>
  </w:num>
  <w:num w:numId="24">
    <w:abstractNumId w:val="24"/>
  </w:num>
  <w:num w:numId="25">
    <w:abstractNumId w:val="25"/>
  </w:num>
  <w:num w:numId="26">
    <w:abstractNumId w:val="16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5649"/>
    <w:rsid w:val="00034616"/>
    <w:rsid w:val="00035A06"/>
    <w:rsid w:val="00044297"/>
    <w:rsid w:val="000471F8"/>
    <w:rsid w:val="00057151"/>
    <w:rsid w:val="0006063C"/>
    <w:rsid w:val="00061EEE"/>
    <w:rsid w:val="00097D72"/>
    <w:rsid w:val="000A4AD0"/>
    <w:rsid w:val="000C636B"/>
    <w:rsid w:val="00120AC8"/>
    <w:rsid w:val="0015074B"/>
    <w:rsid w:val="00160BA5"/>
    <w:rsid w:val="001702B6"/>
    <w:rsid w:val="001846B9"/>
    <w:rsid w:val="00193B8C"/>
    <w:rsid w:val="001C7FA2"/>
    <w:rsid w:val="001D734C"/>
    <w:rsid w:val="001E5C24"/>
    <w:rsid w:val="001F7D7A"/>
    <w:rsid w:val="0020223D"/>
    <w:rsid w:val="002419D8"/>
    <w:rsid w:val="002607D0"/>
    <w:rsid w:val="00284F92"/>
    <w:rsid w:val="0029639D"/>
    <w:rsid w:val="00297457"/>
    <w:rsid w:val="003173A3"/>
    <w:rsid w:val="003265D7"/>
    <w:rsid w:val="00326F90"/>
    <w:rsid w:val="00337FD2"/>
    <w:rsid w:val="00343ECF"/>
    <w:rsid w:val="00350776"/>
    <w:rsid w:val="003919CD"/>
    <w:rsid w:val="0039673C"/>
    <w:rsid w:val="003C13F9"/>
    <w:rsid w:val="003E7A40"/>
    <w:rsid w:val="00403F16"/>
    <w:rsid w:val="00462D6D"/>
    <w:rsid w:val="004B750A"/>
    <w:rsid w:val="004F2017"/>
    <w:rsid w:val="00527066"/>
    <w:rsid w:val="00555FBC"/>
    <w:rsid w:val="00583078"/>
    <w:rsid w:val="005E13C3"/>
    <w:rsid w:val="00683216"/>
    <w:rsid w:val="007873EF"/>
    <w:rsid w:val="007D7AF2"/>
    <w:rsid w:val="007E3593"/>
    <w:rsid w:val="00822427"/>
    <w:rsid w:val="00826C43"/>
    <w:rsid w:val="00845C32"/>
    <w:rsid w:val="008A37F3"/>
    <w:rsid w:val="008D10A0"/>
    <w:rsid w:val="008E08E9"/>
    <w:rsid w:val="008E2609"/>
    <w:rsid w:val="009438A8"/>
    <w:rsid w:val="009A1878"/>
    <w:rsid w:val="009B2EDD"/>
    <w:rsid w:val="009B474C"/>
    <w:rsid w:val="009C4625"/>
    <w:rsid w:val="009D0236"/>
    <w:rsid w:val="00A14279"/>
    <w:rsid w:val="00A56BBB"/>
    <w:rsid w:val="00A6668D"/>
    <w:rsid w:val="00A758AC"/>
    <w:rsid w:val="00A808A8"/>
    <w:rsid w:val="00AA1D8D"/>
    <w:rsid w:val="00AB0560"/>
    <w:rsid w:val="00AD224B"/>
    <w:rsid w:val="00AF2BB6"/>
    <w:rsid w:val="00B47730"/>
    <w:rsid w:val="00B5505A"/>
    <w:rsid w:val="00B82CBF"/>
    <w:rsid w:val="00BA7D43"/>
    <w:rsid w:val="00BB7814"/>
    <w:rsid w:val="00BE6A4A"/>
    <w:rsid w:val="00C0757D"/>
    <w:rsid w:val="00C41B6E"/>
    <w:rsid w:val="00C86CF0"/>
    <w:rsid w:val="00C95E62"/>
    <w:rsid w:val="00CA2D7F"/>
    <w:rsid w:val="00CB0664"/>
    <w:rsid w:val="00CC0FCC"/>
    <w:rsid w:val="00D435E5"/>
    <w:rsid w:val="00D73EDD"/>
    <w:rsid w:val="00D76C53"/>
    <w:rsid w:val="00DA3103"/>
    <w:rsid w:val="00DB0E03"/>
    <w:rsid w:val="00DC271C"/>
    <w:rsid w:val="00DC4120"/>
    <w:rsid w:val="00E52A99"/>
    <w:rsid w:val="00E56DA5"/>
    <w:rsid w:val="00E81372"/>
    <w:rsid w:val="00E90299"/>
    <w:rsid w:val="00EC6CEC"/>
    <w:rsid w:val="00EF2740"/>
    <w:rsid w:val="00F516F3"/>
    <w:rsid w:val="00F63E57"/>
    <w:rsid w:val="00F71D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634BA4"/>
  <w14:defaultImageDpi w14:val="300"/>
  <w15:docId w15:val="{691B3FC8-17F8-4E46-B876-FD7AD3BE9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B2ED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CL" w:eastAsia="es-ES"/>
    </w:rPr>
  </w:style>
  <w:style w:type="character" w:styleId="Hipervnculo">
    <w:name w:val="Hyperlink"/>
    <w:basedOn w:val="Fuentedeprrafopredeter"/>
    <w:uiPriority w:val="99"/>
    <w:unhideWhenUsed/>
    <w:rsid w:val="00AB05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8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863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burgos@municoihueco.c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3B3EC6-932B-4A18-BE8A-74258C463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797</Words>
  <Characters>4384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Juan Burgos</cp:lastModifiedBy>
  <cp:revision>12</cp:revision>
  <cp:lastPrinted>2025-07-17T06:17:00Z</cp:lastPrinted>
  <dcterms:created xsi:type="dcterms:W3CDTF">2025-07-29T14:04:00Z</dcterms:created>
  <dcterms:modified xsi:type="dcterms:W3CDTF">2026-05-14T20:55:00Z</dcterms:modified>
  <cp:category/>
</cp:coreProperties>
</file>